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86A56" w14:textId="77777777" w:rsidR="00151087" w:rsidRPr="00AD5993" w:rsidRDefault="00000000" w:rsidP="00AD5993">
      <w:pPr>
        <w:jc w:val="right"/>
        <w:rPr>
          <w:rFonts w:asciiTheme="majorHAnsi" w:hAnsiTheme="majorHAnsi" w:cstheme="majorHAnsi"/>
          <w:sz w:val="20"/>
          <w:szCs w:val="20"/>
        </w:rPr>
      </w:pPr>
      <w:r w:rsidRPr="00AD5993">
        <w:rPr>
          <w:rFonts w:asciiTheme="majorHAnsi" w:hAnsiTheme="majorHAnsi" w:cstheme="majorHAnsi"/>
          <w:b/>
          <w:sz w:val="20"/>
          <w:szCs w:val="20"/>
        </w:rPr>
        <w:t>Allegato B</w:t>
      </w:r>
    </w:p>
    <w:p w14:paraId="211445D4" w14:textId="77777777" w:rsidR="00151087" w:rsidRPr="00AD5993" w:rsidRDefault="00000000" w:rsidP="00AD5993">
      <w:pPr>
        <w:jc w:val="right"/>
        <w:rPr>
          <w:rFonts w:asciiTheme="majorHAnsi" w:hAnsiTheme="majorHAnsi" w:cstheme="majorHAnsi"/>
          <w:sz w:val="20"/>
          <w:szCs w:val="20"/>
        </w:rPr>
      </w:pPr>
      <w:r w:rsidRPr="00AD5993">
        <w:rPr>
          <w:rFonts w:asciiTheme="majorHAnsi" w:hAnsiTheme="majorHAnsi" w:cstheme="majorHAnsi"/>
          <w:sz w:val="20"/>
          <w:szCs w:val="20"/>
        </w:rPr>
        <w:t>REGIONE PUGLIA</w:t>
      </w:r>
      <w:r w:rsidRPr="00AD5993">
        <w:rPr>
          <w:rFonts w:asciiTheme="majorHAnsi" w:hAnsiTheme="majorHAnsi" w:cstheme="majorHAnsi"/>
          <w:sz w:val="20"/>
          <w:szCs w:val="20"/>
        </w:rPr>
        <w:br/>
        <w:t xml:space="preserve">Sezione Promozione del </w:t>
      </w:r>
      <w:proofErr w:type="spellStart"/>
      <w:r w:rsidRPr="00AD5993">
        <w:rPr>
          <w:rFonts w:asciiTheme="majorHAnsi" w:hAnsiTheme="majorHAnsi" w:cstheme="majorHAnsi"/>
          <w:sz w:val="20"/>
          <w:szCs w:val="20"/>
        </w:rPr>
        <w:t>Commercio</w:t>
      </w:r>
      <w:proofErr w:type="spellEnd"/>
      <w:r w:rsidRPr="00AD5993">
        <w:rPr>
          <w:rFonts w:asciiTheme="majorHAnsi" w:hAnsiTheme="majorHAnsi" w:cstheme="majorHAnsi"/>
          <w:sz w:val="20"/>
          <w:szCs w:val="20"/>
        </w:rPr>
        <w:t xml:space="preserve">, </w:t>
      </w:r>
      <w:proofErr w:type="spellStart"/>
      <w:r w:rsidRPr="00AD5993">
        <w:rPr>
          <w:rFonts w:asciiTheme="majorHAnsi" w:hAnsiTheme="majorHAnsi" w:cstheme="majorHAnsi"/>
          <w:sz w:val="20"/>
          <w:szCs w:val="20"/>
        </w:rPr>
        <w:t>Artigianato</w:t>
      </w:r>
      <w:proofErr w:type="spellEnd"/>
      <w:r w:rsidRPr="00AD5993">
        <w:rPr>
          <w:rFonts w:asciiTheme="majorHAnsi" w:hAnsiTheme="majorHAnsi" w:cstheme="majorHAnsi"/>
          <w:sz w:val="20"/>
          <w:szCs w:val="20"/>
        </w:rPr>
        <w:t xml:space="preserve"> e </w:t>
      </w:r>
      <w:proofErr w:type="spellStart"/>
      <w:r w:rsidRPr="00AD5993">
        <w:rPr>
          <w:rFonts w:asciiTheme="majorHAnsi" w:hAnsiTheme="majorHAnsi" w:cstheme="majorHAnsi"/>
          <w:sz w:val="20"/>
          <w:szCs w:val="20"/>
        </w:rPr>
        <w:t>Internazionalizzazione</w:t>
      </w:r>
      <w:proofErr w:type="spellEnd"/>
      <w:r w:rsidRPr="00AD5993">
        <w:rPr>
          <w:rFonts w:asciiTheme="majorHAnsi" w:hAnsiTheme="majorHAnsi" w:cstheme="majorHAnsi"/>
          <w:sz w:val="20"/>
          <w:szCs w:val="20"/>
        </w:rPr>
        <w:t xml:space="preserve"> delle </w:t>
      </w:r>
      <w:proofErr w:type="spellStart"/>
      <w:r w:rsidRPr="00AD5993">
        <w:rPr>
          <w:rFonts w:asciiTheme="majorHAnsi" w:hAnsiTheme="majorHAnsi" w:cstheme="majorHAnsi"/>
          <w:sz w:val="20"/>
          <w:szCs w:val="20"/>
        </w:rPr>
        <w:t>imprese</w:t>
      </w:r>
      <w:proofErr w:type="spellEnd"/>
      <w:r w:rsidRPr="00AD5993">
        <w:rPr>
          <w:rFonts w:asciiTheme="majorHAnsi" w:hAnsiTheme="majorHAnsi" w:cstheme="majorHAnsi"/>
          <w:sz w:val="20"/>
          <w:szCs w:val="20"/>
        </w:rPr>
        <w:br/>
        <w:t>Corso Sonnino, 177 - 70121 Bari</w:t>
      </w:r>
      <w:r w:rsidRPr="00AD5993">
        <w:rPr>
          <w:rFonts w:asciiTheme="majorHAnsi" w:hAnsiTheme="majorHAnsi" w:cstheme="majorHAnsi"/>
          <w:sz w:val="20"/>
          <w:szCs w:val="20"/>
        </w:rPr>
        <w:br/>
        <w:t>PEC: servizio.attivitaeconomiche@pec.rupar.puglia.it</w:t>
      </w:r>
    </w:p>
    <w:p w14:paraId="21C78EAA" w14:textId="77777777" w:rsidR="00151087" w:rsidRPr="00AD5993" w:rsidRDefault="00000000">
      <w:pPr>
        <w:jc w:val="center"/>
        <w:rPr>
          <w:rFonts w:asciiTheme="majorHAnsi" w:hAnsiTheme="majorHAnsi" w:cstheme="majorHAnsi"/>
          <w:sz w:val="20"/>
          <w:szCs w:val="20"/>
        </w:rPr>
      </w:pPr>
      <w:r w:rsidRPr="00AD5993">
        <w:rPr>
          <w:rFonts w:asciiTheme="majorHAnsi" w:hAnsiTheme="majorHAnsi" w:cstheme="majorHAnsi"/>
          <w:b/>
          <w:sz w:val="20"/>
          <w:szCs w:val="20"/>
        </w:rPr>
        <w:t>Avviso pubblico</w:t>
      </w:r>
    </w:p>
    <w:p w14:paraId="7FB8CF85" w14:textId="77777777" w:rsidR="00151087" w:rsidRPr="00AD5993" w:rsidRDefault="00000000">
      <w:pPr>
        <w:jc w:val="center"/>
        <w:rPr>
          <w:rFonts w:asciiTheme="majorHAnsi" w:hAnsiTheme="majorHAnsi" w:cstheme="majorHAnsi"/>
          <w:sz w:val="20"/>
          <w:szCs w:val="20"/>
        </w:rPr>
      </w:pPr>
      <w:r w:rsidRPr="00AD5993">
        <w:rPr>
          <w:rFonts w:asciiTheme="majorHAnsi" w:hAnsiTheme="majorHAnsi" w:cstheme="majorHAnsi"/>
          <w:sz w:val="20"/>
          <w:szCs w:val="20"/>
        </w:rPr>
        <w:t>"INTERVENTI IN FAVORE DEI PUGLIESI NEL MONDO - DGR 943/2026 - Contributo a progetti di iniziativa delle Associazioni e Federazioni iscritte all'Albo regionale di cui alla L.R. n. 23/2000"</w:t>
      </w:r>
    </w:p>
    <w:p w14:paraId="6FFE1142" w14:textId="77777777" w:rsidR="00151087" w:rsidRPr="00AD5993" w:rsidRDefault="00000000">
      <w:pPr>
        <w:jc w:val="center"/>
        <w:rPr>
          <w:rFonts w:asciiTheme="majorHAnsi" w:hAnsiTheme="majorHAnsi" w:cstheme="majorHAnsi"/>
          <w:sz w:val="20"/>
          <w:szCs w:val="20"/>
        </w:rPr>
      </w:pPr>
      <w:r w:rsidRPr="00AD5993">
        <w:rPr>
          <w:rFonts w:asciiTheme="majorHAnsi" w:hAnsiTheme="majorHAnsi" w:cstheme="majorHAnsi"/>
          <w:b/>
          <w:sz w:val="20"/>
          <w:szCs w:val="20"/>
        </w:rPr>
        <w:t>ISTANZA DI PARTECIPAZIONE ANNUALITÀ 2026</w:t>
      </w:r>
    </w:p>
    <w:p w14:paraId="00E8F935" w14:textId="77777777" w:rsidR="00151087" w:rsidRPr="00AD5993" w:rsidRDefault="00000000">
      <w:pPr>
        <w:rPr>
          <w:rFonts w:asciiTheme="majorHAnsi" w:hAnsiTheme="majorHAnsi" w:cstheme="majorHAnsi"/>
          <w:sz w:val="20"/>
          <w:szCs w:val="20"/>
        </w:rPr>
      </w:pPr>
      <w:r w:rsidRPr="00AD5993">
        <w:rPr>
          <w:rFonts w:asciiTheme="majorHAnsi" w:hAnsiTheme="majorHAnsi" w:cstheme="majorHAnsi"/>
          <w:sz w:val="20"/>
          <w:szCs w:val="20"/>
        </w:rPr>
        <w:t>Io sottoscritto/a ____________________________________________________________________</w:t>
      </w:r>
    </w:p>
    <w:p w14:paraId="04AD0CD9" w14:textId="77777777" w:rsidR="00151087" w:rsidRPr="00AD5993" w:rsidRDefault="00000000">
      <w:pPr>
        <w:rPr>
          <w:rFonts w:asciiTheme="majorHAnsi" w:hAnsiTheme="majorHAnsi" w:cstheme="majorHAnsi"/>
          <w:sz w:val="20"/>
          <w:szCs w:val="20"/>
        </w:rPr>
      </w:pPr>
      <w:r w:rsidRPr="00AD5993">
        <w:rPr>
          <w:rFonts w:asciiTheme="majorHAnsi" w:hAnsiTheme="majorHAnsi" w:cstheme="majorHAnsi"/>
          <w:sz w:val="20"/>
          <w:szCs w:val="20"/>
        </w:rPr>
        <w:t>nato/a a ______________________________________ il ___________________________________</w:t>
      </w:r>
    </w:p>
    <w:p w14:paraId="7DD282D9" w14:textId="77777777" w:rsidR="00151087" w:rsidRPr="00AD5993" w:rsidRDefault="00000000">
      <w:pPr>
        <w:rPr>
          <w:rFonts w:asciiTheme="majorHAnsi" w:hAnsiTheme="majorHAnsi" w:cstheme="majorHAnsi"/>
          <w:sz w:val="20"/>
          <w:szCs w:val="20"/>
        </w:rPr>
      </w:pPr>
      <w:r w:rsidRPr="00AD5993">
        <w:rPr>
          <w:rFonts w:asciiTheme="majorHAnsi" w:hAnsiTheme="majorHAnsi" w:cstheme="majorHAnsi"/>
          <w:sz w:val="20"/>
          <w:szCs w:val="20"/>
        </w:rPr>
        <w:t>Codice Fiscale (o Codice equivalente) __________________________________________________</w:t>
      </w:r>
    </w:p>
    <w:p w14:paraId="0FF2B601" w14:textId="77777777" w:rsidR="00151087" w:rsidRPr="00AD5993" w:rsidRDefault="00000000">
      <w:pPr>
        <w:rPr>
          <w:rFonts w:asciiTheme="majorHAnsi" w:hAnsiTheme="majorHAnsi" w:cstheme="majorHAnsi"/>
          <w:sz w:val="20"/>
          <w:szCs w:val="20"/>
        </w:rPr>
      </w:pPr>
      <w:r w:rsidRPr="00AD5993">
        <w:rPr>
          <w:rFonts w:asciiTheme="majorHAnsi" w:hAnsiTheme="majorHAnsi" w:cstheme="majorHAnsi"/>
          <w:sz w:val="20"/>
          <w:szCs w:val="20"/>
        </w:rPr>
        <w:t>Documento di riconoscimento n. ______________________________________________________</w:t>
      </w:r>
      <w:r w:rsidRPr="00AD5993">
        <w:rPr>
          <w:rFonts w:asciiTheme="majorHAnsi" w:hAnsiTheme="majorHAnsi" w:cstheme="majorHAnsi"/>
          <w:sz w:val="20"/>
          <w:szCs w:val="20"/>
        </w:rPr>
        <w:br/>
      </w:r>
    </w:p>
    <w:p w14:paraId="6D3CFFA1" w14:textId="77777777" w:rsidR="00151087" w:rsidRPr="00AD5993" w:rsidRDefault="00000000">
      <w:pPr>
        <w:rPr>
          <w:rFonts w:asciiTheme="majorHAnsi" w:hAnsiTheme="majorHAnsi" w:cstheme="majorHAnsi"/>
          <w:sz w:val="20"/>
          <w:szCs w:val="20"/>
        </w:rPr>
      </w:pPr>
      <w:r w:rsidRPr="00AD5993">
        <w:rPr>
          <w:rFonts w:asciiTheme="majorHAnsi" w:hAnsiTheme="majorHAnsi" w:cstheme="majorHAnsi"/>
          <w:sz w:val="20"/>
          <w:szCs w:val="20"/>
        </w:rPr>
        <w:t>In qualità di Presidente della Associazione/Federazione __________________________________</w:t>
      </w:r>
    </w:p>
    <w:p w14:paraId="5827B754" w14:textId="77777777" w:rsidR="00151087" w:rsidRPr="00AD5993" w:rsidRDefault="00000000">
      <w:pPr>
        <w:rPr>
          <w:rFonts w:asciiTheme="majorHAnsi" w:hAnsiTheme="majorHAnsi" w:cstheme="majorHAnsi"/>
          <w:sz w:val="20"/>
          <w:szCs w:val="20"/>
        </w:rPr>
      </w:pPr>
      <w:r w:rsidRPr="00AD5993">
        <w:rPr>
          <w:rFonts w:asciiTheme="majorHAnsi" w:hAnsiTheme="majorHAnsi" w:cstheme="majorHAnsi"/>
          <w:sz w:val="20"/>
          <w:szCs w:val="20"/>
        </w:rPr>
        <w:t>(indicare se capofila o partner di progetto) _____________________________________________</w:t>
      </w:r>
      <w:r w:rsidRPr="00AD5993">
        <w:rPr>
          <w:rFonts w:asciiTheme="majorHAnsi" w:hAnsiTheme="majorHAnsi" w:cstheme="majorHAnsi"/>
          <w:sz w:val="20"/>
          <w:szCs w:val="20"/>
        </w:rPr>
        <w:br/>
      </w:r>
    </w:p>
    <w:p w14:paraId="06B0E477" w14:textId="77777777" w:rsidR="00151087" w:rsidRPr="00AD5993" w:rsidRDefault="00000000">
      <w:pPr>
        <w:rPr>
          <w:rFonts w:asciiTheme="majorHAnsi" w:hAnsiTheme="majorHAnsi" w:cstheme="majorHAnsi"/>
          <w:sz w:val="20"/>
          <w:szCs w:val="20"/>
        </w:rPr>
      </w:pPr>
      <w:r w:rsidRPr="00AD5993">
        <w:rPr>
          <w:rFonts w:asciiTheme="majorHAnsi" w:hAnsiTheme="majorHAnsi" w:cstheme="majorHAnsi"/>
          <w:sz w:val="20"/>
          <w:szCs w:val="20"/>
        </w:rPr>
        <w:t>Investito dei poteri di legale rappresentante della stessa ai sensi di (barrare la voce che interessa):</w:t>
      </w:r>
    </w:p>
    <w:p w14:paraId="4B395FA1" w14:textId="77777777" w:rsidR="00151087" w:rsidRPr="00AD5993" w:rsidRDefault="00000000">
      <w:pPr>
        <w:rPr>
          <w:rFonts w:asciiTheme="majorHAnsi" w:hAnsiTheme="majorHAnsi" w:cstheme="majorHAnsi"/>
          <w:sz w:val="20"/>
          <w:szCs w:val="20"/>
        </w:rPr>
      </w:pPr>
      <w:proofErr w:type="gramStart"/>
      <w:r w:rsidRPr="00AD5993">
        <w:rPr>
          <w:rFonts w:asciiTheme="majorHAnsi" w:hAnsiTheme="majorHAnsi" w:cstheme="majorHAnsi"/>
          <w:sz w:val="20"/>
          <w:szCs w:val="20"/>
        </w:rPr>
        <w:t>[ ]</w:t>
      </w:r>
      <w:proofErr w:type="gramEnd"/>
      <w:r w:rsidRPr="00AD5993">
        <w:rPr>
          <w:rFonts w:asciiTheme="majorHAnsi" w:hAnsiTheme="majorHAnsi" w:cstheme="majorHAnsi"/>
          <w:sz w:val="20"/>
          <w:szCs w:val="20"/>
        </w:rPr>
        <w:t xml:space="preserve"> Statuto della Associazione/Federazione</w:t>
      </w:r>
    </w:p>
    <w:p w14:paraId="73167861" w14:textId="77777777" w:rsidR="00151087" w:rsidRPr="00AD5993" w:rsidRDefault="00000000">
      <w:pPr>
        <w:rPr>
          <w:rFonts w:asciiTheme="majorHAnsi" w:hAnsiTheme="majorHAnsi" w:cstheme="majorHAnsi"/>
          <w:sz w:val="20"/>
          <w:szCs w:val="20"/>
        </w:rPr>
      </w:pPr>
      <w:proofErr w:type="gramStart"/>
      <w:r w:rsidRPr="00AD5993">
        <w:rPr>
          <w:rFonts w:asciiTheme="majorHAnsi" w:hAnsiTheme="majorHAnsi" w:cstheme="majorHAnsi"/>
          <w:sz w:val="20"/>
          <w:szCs w:val="20"/>
        </w:rPr>
        <w:t>[ ]</w:t>
      </w:r>
      <w:proofErr w:type="gramEnd"/>
      <w:r w:rsidRPr="00AD5993">
        <w:rPr>
          <w:rFonts w:asciiTheme="majorHAnsi" w:hAnsiTheme="majorHAnsi" w:cstheme="majorHAnsi"/>
          <w:sz w:val="20"/>
          <w:szCs w:val="20"/>
        </w:rPr>
        <w:t xml:space="preserve"> Atto formale dell'assemblea dei soci, regolarmente convocata e svolta a norma di Statuto e delle normative locali, che approva la proposta progettuale e delega il Presidente agli atti consequenziali, compresi quelli di gestione amministrativa e contabile, di cui si allega copia</w:t>
      </w:r>
      <w:r w:rsidRPr="00AD5993">
        <w:rPr>
          <w:rFonts w:asciiTheme="majorHAnsi" w:hAnsiTheme="majorHAnsi" w:cstheme="majorHAnsi"/>
          <w:sz w:val="20"/>
          <w:szCs w:val="20"/>
        </w:rPr>
        <w:br/>
      </w:r>
    </w:p>
    <w:p w14:paraId="401519B9" w14:textId="77777777" w:rsidR="00151087" w:rsidRPr="00AD5993" w:rsidRDefault="00000000">
      <w:pPr>
        <w:rPr>
          <w:rFonts w:asciiTheme="majorHAnsi" w:hAnsiTheme="majorHAnsi" w:cstheme="majorHAnsi"/>
          <w:sz w:val="20"/>
          <w:szCs w:val="20"/>
        </w:rPr>
      </w:pPr>
      <w:r w:rsidRPr="00AD5993">
        <w:rPr>
          <w:rFonts w:asciiTheme="majorHAnsi" w:hAnsiTheme="majorHAnsi" w:cstheme="majorHAnsi"/>
          <w:sz w:val="20"/>
          <w:szCs w:val="20"/>
        </w:rPr>
        <w:t>Sede legale ________________________________________________________________________</w:t>
      </w:r>
    </w:p>
    <w:p w14:paraId="0488AB0C" w14:textId="77777777" w:rsidR="00151087" w:rsidRPr="00AD5993" w:rsidRDefault="00000000">
      <w:pPr>
        <w:rPr>
          <w:rFonts w:asciiTheme="majorHAnsi" w:hAnsiTheme="majorHAnsi" w:cstheme="majorHAnsi"/>
          <w:sz w:val="20"/>
          <w:szCs w:val="20"/>
        </w:rPr>
      </w:pPr>
      <w:r w:rsidRPr="00AD5993">
        <w:rPr>
          <w:rFonts w:asciiTheme="majorHAnsi" w:hAnsiTheme="majorHAnsi" w:cstheme="majorHAnsi"/>
          <w:sz w:val="20"/>
          <w:szCs w:val="20"/>
        </w:rPr>
        <w:t>Sede operativa _____________________________________________________________________</w:t>
      </w:r>
    </w:p>
    <w:p w14:paraId="0A16A0DD" w14:textId="77777777" w:rsidR="00151087" w:rsidRPr="00AD5993" w:rsidRDefault="00000000">
      <w:pPr>
        <w:rPr>
          <w:rFonts w:asciiTheme="majorHAnsi" w:hAnsiTheme="majorHAnsi" w:cstheme="majorHAnsi"/>
          <w:sz w:val="20"/>
          <w:szCs w:val="20"/>
        </w:rPr>
      </w:pPr>
      <w:r w:rsidRPr="00AD5993">
        <w:rPr>
          <w:rFonts w:asciiTheme="majorHAnsi" w:hAnsiTheme="majorHAnsi" w:cstheme="majorHAnsi"/>
          <w:sz w:val="20"/>
          <w:szCs w:val="20"/>
        </w:rPr>
        <w:t>n. telefono _____________________ e-mail ____________________________________________</w:t>
      </w:r>
    </w:p>
    <w:p w14:paraId="2125E5ED" w14:textId="77777777" w:rsidR="00151087" w:rsidRPr="00AD5993" w:rsidRDefault="00000000">
      <w:pPr>
        <w:rPr>
          <w:rFonts w:asciiTheme="majorHAnsi" w:hAnsiTheme="majorHAnsi" w:cstheme="majorHAnsi"/>
          <w:sz w:val="20"/>
          <w:szCs w:val="20"/>
        </w:rPr>
      </w:pPr>
      <w:r w:rsidRPr="00AD5993">
        <w:rPr>
          <w:rFonts w:asciiTheme="majorHAnsi" w:hAnsiTheme="majorHAnsi" w:cstheme="majorHAnsi"/>
          <w:sz w:val="20"/>
          <w:szCs w:val="20"/>
        </w:rPr>
        <w:t>PEC (obbligatorio per le associazioni con residenza in Italia) ______________________________</w:t>
      </w:r>
    </w:p>
    <w:p w14:paraId="45F26BF2" w14:textId="77777777" w:rsidR="00151087" w:rsidRPr="00AD5993" w:rsidRDefault="00000000">
      <w:pPr>
        <w:rPr>
          <w:rFonts w:asciiTheme="majorHAnsi" w:hAnsiTheme="majorHAnsi" w:cstheme="majorHAnsi"/>
          <w:sz w:val="20"/>
          <w:szCs w:val="20"/>
        </w:rPr>
      </w:pPr>
      <w:r w:rsidRPr="00AD5993">
        <w:rPr>
          <w:rFonts w:asciiTheme="majorHAnsi" w:hAnsiTheme="majorHAnsi" w:cstheme="majorHAnsi"/>
          <w:sz w:val="20"/>
          <w:szCs w:val="20"/>
        </w:rPr>
        <w:t>C.F. (o codice equivalente) Associazione/Federazione ____________________________________</w:t>
      </w:r>
    </w:p>
    <w:p w14:paraId="0023FB42" w14:textId="77777777" w:rsidR="00151087" w:rsidRPr="00AD5993" w:rsidRDefault="00000000">
      <w:pPr>
        <w:rPr>
          <w:rFonts w:asciiTheme="majorHAnsi" w:hAnsiTheme="majorHAnsi" w:cstheme="majorHAnsi"/>
          <w:sz w:val="20"/>
          <w:szCs w:val="20"/>
        </w:rPr>
      </w:pPr>
      <w:r w:rsidRPr="00AD5993">
        <w:rPr>
          <w:rFonts w:asciiTheme="majorHAnsi" w:hAnsiTheme="majorHAnsi" w:cstheme="majorHAnsi"/>
          <w:sz w:val="20"/>
          <w:szCs w:val="20"/>
        </w:rPr>
        <w:t>Referente operativo progetto (se diverso dal legale rappresentante):</w:t>
      </w:r>
    </w:p>
    <w:p w14:paraId="7F6ACC5E" w14:textId="77777777" w:rsidR="00151087" w:rsidRPr="00AD5993" w:rsidRDefault="00000000">
      <w:pPr>
        <w:rPr>
          <w:rFonts w:asciiTheme="majorHAnsi" w:hAnsiTheme="majorHAnsi" w:cstheme="majorHAnsi"/>
          <w:sz w:val="20"/>
          <w:szCs w:val="20"/>
        </w:rPr>
      </w:pPr>
      <w:r w:rsidRPr="00AD5993">
        <w:rPr>
          <w:rFonts w:asciiTheme="majorHAnsi" w:hAnsiTheme="majorHAnsi" w:cstheme="majorHAnsi"/>
          <w:sz w:val="20"/>
          <w:szCs w:val="20"/>
        </w:rPr>
        <w:t>Nome ____________________ Cognome ______________________</w:t>
      </w:r>
    </w:p>
    <w:p w14:paraId="3F2F3799" w14:textId="77777777" w:rsidR="00151087" w:rsidRPr="00AD5993" w:rsidRDefault="00000000">
      <w:pPr>
        <w:rPr>
          <w:rFonts w:asciiTheme="majorHAnsi" w:hAnsiTheme="majorHAnsi" w:cstheme="majorHAnsi"/>
          <w:sz w:val="20"/>
          <w:szCs w:val="20"/>
        </w:rPr>
      </w:pPr>
      <w:r w:rsidRPr="00AD5993">
        <w:rPr>
          <w:rFonts w:asciiTheme="majorHAnsi" w:hAnsiTheme="majorHAnsi" w:cstheme="majorHAnsi"/>
          <w:sz w:val="20"/>
          <w:szCs w:val="20"/>
        </w:rPr>
        <w:lastRenderedPageBreak/>
        <w:t>Recapiti (telefono / e-mail) _________________________________________________________</w:t>
      </w:r>
      <w:r w:rsidRPr="00AD5993">
        <w:rPr>
          <w:rFonts w:asciiTheme="majorHAnsi" w:hAnsiTheme="majorHAnsi" w:cstheme="majorHAnsi"/>
          <w:sz w:val="20"/>
          <w:szCs w:val="20"/>
        </w:rPr>
        <w:br/>
      </w:r>
    </w:p>
    <w:p w14:paraId="1174BDC7" w14:textId="77777777" w:rsidR="00151087" w:rsidRPr="00AD5993" w:rsidRDefault="00000000">
      <w:pPr>
        <w:jc w:val="center"/>
        <w:rPr>
          <w:rFonts w:asciiTheme="majorHAnsi" w:hAnsiTheme="majorHAnsi" w:cstheme="majorHAnsi"/>
          <w:sz w:val="20"/>
          <w:szCs w:val="20"/>
        </w:rPr>
      </w:pPr>
      <w:r w:rsidRPr="00AD5993">
        <w:rPr>
          <w:rFonts w:asciiTheme="majorHAnsi" w:hAnsiTheme="majorHAnsi" w:cstheme="majorHAnsi"/>
          <w:b/>
          <w:sz w:val="20"/>
          <w:szCs w:val="20"/>
        </w:rPr>
        <w:t>CHIEDE</w:t>
      </w:r>
    </w:p>
    <w:p w14:paraId="46A142ED" w14:textId="77777777" w:rsidR="00151087" w:rsidRPr="00AD5993" w:rsidRDefault="00000000">
      <w:pPr>
        <w:rPr>
          <w:rFonts w:asciiTheme="majorHAnsi" w:hAnsiTheme="majorHAnsi" w:cstheme="majorHAnsi"/>
          <w:sz w:val="20"/>
          <w:szCs w:val="20"/>
        </w:rPr>
      </w:pPr>
      <w:r w:rsidRPr="00AD5993">
        <w:rPr>
          <w:rFonts w:asciiTheme="majorHAnsi" w:hAnsiTheme="majorHAnsi" w:cstheme="majorHAnsi"/>
          <w:sz w:val="20"/>
          <w:szCs w:val="20"/>
        </w:rPr>
        <w:t>l'ammissione a contributo regionale per il progetto denominato: _________________________</w:t>
      </w:r>
    </w:p>
    <w:p w14:paraId="67E1FB23" w14:textId="77777777" w:rsidR="00151087" w:rsidRPr="00AD5993" w:rsidRDefault="00000000">
      <w:pPr>
        <w:rPr>
          <w:rFonts w:asciiTheme="majorHAnsi" w:hAnsiTheme="majorHAnsi" w:cstheme="majorHAnsi"/>
          <w:sz w:val="20"/>
          <w:szCs w:val="20"/>
        </w:rPr>
      </w:pPr>
      <w:proofErr w:type="spellStart"/>
      <w:r w:rsidRPr="00AD5993">
        <w:rPr>
          <w:rFonts w:asciiTheme="majorHAnsi" w:hAnsiTheme="majorHAnsi" w:cstheme="majorHAnsi"/>
          <w:sz w:val="20"/>
          <w:szCs w:val="20"/>
        </w:rPr>
        <w:t>nell'ambito</w:t>
      </w:r>
      <w:proofErr w:type="spellEnd"/>
      <w:r w:rsidRPr="00AD5993">
        <w:rPr>
          <w:rFonts w:asciiTheme="majorHAnsi" w:hAnsiTheme="majorHAnsi" w:cstheme="majorHAnsi"/>
          <w:sz w:val="20"/>
          <w:szCs w:val="20"/>
        </w:rPr>
        <w:t xml:space="preserve"> del Piano 2026 degli interventi in favore dei pugliesi nel mondo - D.G.R. 943/2026 e atti consequenziali.</w:t>
      </w:r>
    </w:p>
    <w:p w14:paraId="636C53FD" w14:textId="77777777" w:rsidR="00151087" w:rsidRPr="00AD5993" w:rsidRDefault="00000000">
      <w:pPr>
        <w:rPr>
          <w:rFonts w:asciiTheme="majorHAnsi" w:hAnsiTheme="majorHAnsi" w:cstheme="majorHAnsi"/>
          <w:sz w:val="20"/>
          <w:szCs w:val="20"/>
        </w:rPr>
      </w:pPr>
      <w:r w:rsidRPr="00AD5993">
        <w:rPr>
          <w:rFonts w:asciiTheme="majorHAnsi" w:hAnsiTheme="majorHAnsi" w:cstheme="majorHAnsi"/>
          <w:sz w:val="20"/>
          <w:szCs w:val="20"/>
        </w:rPr>
        <w:t>A tal fine, consapevole delle responsabilità penali che discendono dal rilasciare dichiarazioni mendaci (art. 76 del D.P.R. 28.12.2000, n. 445), nonché delle ulteriori conseguenze civili e amministrative ai sensi del D.P.R. 28.12.2000, n. 445,</w:t>
      </w:r>
      <w:r w:rsidRPr="00AD5993">
        <w:rPr>
          <w:rFonts w:asciiTheme="majorHAnsi" w:hAnsiTheme="majorHAnsi" w:cstheme="majorHAnsi"/>
          <w:sz w:val="20"/>
          <w:szCs w:val="20"/>
        </w:rPr>
        <w:br/>
      </w:r>
    </w:p>
    <w:p w14:paraId="4DDF0ECA" w14:textId="77777777" w:rsidR="00151087" w:rsidRPr="00AD5993" w:rsidRDefault="00000000">
      <w:pPr>
        <w:jc w:val="center"/>
        <w:rPr>
          <w:rFonts w:asciiTheme="majorHAnsi" w:hAnsiTheme="majorHAnsi" w:cstheme="majorHAnsi"/>
          <w:sz w:val="20"/>
          <w:szCs w:val="20"/>
        </w:rPr>
      </w:pPr>
      <w:r w:rsidRPr="00AD5993">
        <w:rPr>
          <w:rFonts w:asciiTheme="majorHAnsi" w:hAnsiTheme="majorHAnsi" w:cstheme="majorHAnsi"/>
          <w:b/>
          <w:sz w:val="20"/>
          <w:szCs w:val="20"/>
        </w:rPr>
        <w:t>DICHIARA</w:t>
      </w:r>
    </w:p>
    <w:p w14:paraId="01473B38" w14:textId="77777777" w:rsidR="00151087" w:rsidRPr="00AD5993" w:rsidRDefault="00000000">
      <w:pPr>
        <w:rPr>
          <w:rFonts w:asciiTheme="majorHAnsi" w:hAnsiTheme="majorHAnsi" w:cstheme="majorHAnsi"/>
          <w:sz w:val="20"/>
          <w:szCs w:val="20"/>
        </w:rPr>
      </w:pPr>
      <w:r w:rsidRPr="00AD5993">
        <w:rPr>
          <w:rFonts w:asciiTheme="majorHAnsi" w:hAnsiTheme="majorHAnsi" w:cstheme="majorHAnsi"/>
          <w:sz w:val="20"/>
          <w:szCs w:val="20"/>
        </w:rPr>
        <w:t>• Che l'Associazione è iscritta all'albo regionale ex L.R. 23/2000 in forza del decreto del Presidente della Giunta Regionale n. _______ dell'anno _______ (indicare n. e anno di adozione del decreto);</w:t>
      </w:r>
    </w:p>
    <w:p w14:paraId="24B79309" w14:textId="77777777" w:rsidR="00151087" w:rsidRPr="00AD5993" w:rsidRDefault="00000000">
      <w:pPr>
        <w:rPr>
          <w:rFonts w:asciiTheme="majorHAnsi" w:hAnsiTheme="majorHAnsi" w:cstheme="majorHAnsi"/>
          <w:sz w:val="20"/>
          <w:szCs w:val="20"/>
        </w:rPr>
      </w:pPr>
      <w:r w:rsidRPr="00AD5993">
        <w:rPr>
          <w:rFonts w:asciiTheme="majorHAnsi" w:hAnsiTheme="majorHAnsi" w:cstheme="majorHAnsi"/>
          <w:sz w:val="20"/>
          <w:szCs w:val="20"/>
        </w:rPr>
        <w:t>• Che l'Associazione/Federazione non ha ricevuto finanziamenti pubblici per le attività di cui alla presente proposta progettuale;</w:t>
      </w:r>
    </w:p>
    <w:p w14:paraId="319082E2" w14:textId="77777777" w:rsidR="00151087" w:rsidRPr="00AD5993" w:rsidRDefault="00000000">
      <w:pPr>
        <w:rPr>
          <w:rFonts w:asciiTheme="majorHAnsi" w:hAnsiTheme="majorHAnsi" w:cstheme="majorHAnsi"/>
          <w:sz w:val="20"/>
          <w:szCs w:val="20"/>
        </w:rPr>
      </w:pPr>
      <w:r w:rsidRPr="00AD5993">
        <w:rPr>
          <w:rFonts w:asciiTheme="majorHAnsi" w:hAnsiTheme="majorHAnsi" w:cstheme="majorHAnsi"/>
          <w:sz w:val="20"/>
          <w:szCs w:val="20"/>
        </w:rPr>
        <w:t>• Che l'Associazione/Federazione non risulta aver percepito risorse relative a precedenti progetti finanziati dalla Sezione Internazionalizzazione non ancora rendicontati o conclusi;</w:t>
      </w:r>
    </w:p>
    <w:p w14:paraId="0FF9E971" w14:textId="77777777" w:rsidR="00151087" w:rsidRPr="00AD5993" w:rsidRDefault="00000000">
      <w:pPr>
        <w:rPr>
          <w:rFonts w:asciiTheme="majorHAnsi" w:hAnsiTheme="majorHAnsi" w:cstheme="majorHAnsi"/>
          <w:sz w:val="20"/>
          <w:szCs w:val="20"/>
        </w:rPr>
      </w:pPr>
      <w:r w:rsidRPr="00AD5993">
        <w:rPr>
          <w:rFonts w:asciiTheme="majorHAnsi" w:hAnsiTheme="majorHAnsi" w:cstheme="majorHAnsi"/>
          <w:sz w:val="20"/>
          <w:szCs w:val="20"/>
        </w:rPr>
        <w:t>• Di aver preso visione e di accettare incondizionatamente quanto previsto dall'Avviso Pubblico adottato con AD n. _______ a seguito di DGR n. 943/2026;</w:t>
      </w:r>
    </w:p>
    <w:p w14:paraId="3C497D82" w14:textId="429838BE" w:rsidR="00151087" w:rsidRPr="00AD5993" w:rsidRDefault="00000000">
      <w:pPr>
        <w:rPr>
          <w:rFonts w:asciiTheme="majorHAnsi" w:hAnsiTheme="majorHAnsi" w:cstheme="majorHAnsi"/>
          <w:sz w:val="20"/>
          <w:szCs w:val="20"/>
        </w:rPr>
      </w:pPr>
      <w:r w:rsidRPr="00AD5993">
        <w:rPr>
          <w:rFonts w:asciiTheme="majorHAnsi" w:hAnsiTheme="majorHAnsi" w:cstheme="majorHAnsi"/>
          <w:sz w:val="20"/>
          <w:szCs w:val="20"/>
        </w:rPr>
        <w:t>• Che la presente proposta progettuale è composta da n.ro _____ pagine.</w:t>
      </w:r>
      <w:r w:rsidRPr="00AD5993">
        <w:rPr>
          <w:rFonts w:asciiTheme="majorHAnsi" w:hAnsiTheme="majorHAnsi" w:cstheme="majorHAnsi"/>
          <w:sz w:val="20"/>
          <w:szCs w:val="20"/>
        </w:rPr>
        <w:br/>
      </w:r>
      <w:r w:rsidRPr="00AD5993">
        <w:rPr>
          <w:rFonts w:asciiTheme="majorHAnsi" w:hAnsiTheme="majorHAnsi" w:cstheme="majorHAnsi"/>
          <w:b/>
          <w:sz w:val="20"/>
          <w:szCs w:val="20"/>
        </w:rPr>
        <w:t xml:space="preserve">Si </w:t>
      </w:r>
      <w:proofErr w:type="spellStart"/>
      <w:r w:rsidRPr="00AD5993">
        <w:rPr>
          <w:rFonts w:asciiTheme="majorHAnsi" w:hAnsiTheme="majorHAnsi" w:cstheme="majorHAnsi"/>
          <w:b/>
          <w:sz w:val="20"/>
          <w:szCs w:val="20"/>
        </w:rPr>
        <w:t>allega</w:t>
      </w:r>
      <w:proofErr w:type="spellEnd"/>
      <w:r w:rsidRPr="00AD5993">
        <w:rPr>
          <w:rFonts w:asciiTheme="majorHAnsi" w:hAnsiTheme="majorHAnsi" w:cstheme="majorHAnsi"/>
          <w:b/>
          <w:sz w:val="20"/>
          <w:szCs w:val="20"/>
        </w:rPr>
        <w:t xml:space="preserve"> alla </w:t>
      </w:r>
      <w:proofErr w:type="spellStart"/>
      <w:r w:rsidRPr="00AD5993">
        <w:rPr>
          <w:rFonts w:asciiTheme="majorHAnsi" w:hAnsiTheme="majorHAnsi" w:cstheme="majorHAnsi"/>
          <w:b/>
          <w:sz w:val="20"/>
          <w:szCs w:val="20"/>
        </w:rPr>
        <w:t>presente</w:t>
      </w:r>
      <w:proofErr w:type="spellEnd"/>
      <w:r w:rsidRPr="00AD5993">
        <w:rPr>
          <w:rFonts w:asciiTheme="majorHAnsi" w:hAnsiTheme="majorHAnsi" w:cstheme="majorHAnsi"/>
          <w:b/>
          <w:sz w:val="20"/>
          <w:szCs w:val="20"/>
        </w:rPr>
        <w:t xml:space="preserve"> istanza:</w:t>
      </w:r>
    </w:p>
    <w:p w14:paraId="6A60AE4B" w14:textId="77777777" w:rsidR="00151087" w:rsidRPr="00AD5993" w:rsidRDefault="00000000">
      <w:pPr>
        <w:rPr>
          <w:rFonts w:asciiTheme="majorHAnsi" w:hAnsiTheme="majorHAnsi" w:cstheme="majorHAnsi"/>
          <w:sz w:val="20"/>
          <w:szCs w:val="20"/>
        </w:rPr>
      </w:pPr>
      <w:proofErr w:type="gramStart"/>
      <w:r w:rsidRPr="00AD5993">
        <w:rPr>
          <w:rFonts w:asciiTheme="majorHAnsi" w:hAnsiTheme="majorHAnsi" w:cstheme="majorHAnsi"/>
          <w:sz w:val="20"/>
          <w:szCs w:val="20"/>
        </w:rPr>
        <w:t>[ ]</w:t>
      </w:r>
      <w:proofErr w:type="gramEnd"/>
      <w:r w:rsidRPr="00AD5993">
        <w:rPr>
          <w:rFonts w:asciiTheme="majorHAnsi" w:hAnsiTheme="majorHAnsi" w:cstheme="majorHAnsi"/>
          <w:sz w:val="20"/>
          <w:szCs w:val="20"/>
        </w:rPr>
        <w:t xml:space="preserve"> Copia del documento d'identità e del codice fiscale del legale rappresentante (tale obbligo è in capo a tutti i firmatari della proposta, capofila e </w:t>
      </w:r>
      <w:proofErr w:type="gramStart"/>
      <w:r w:rsidRPr="00AD5993">
        <w:rPr>
          <w:rFonts w:asciiTheme="majorHAnsi" w:hAnsiTheme="majorHAnsi" w:cstheme="majorHAnsi"/>
          <w:sz w:val="20"/>
          <w:szCs w:val="20"/>
        </w:rPr>
        <w:t>partner</w:t>
      </w:r>
      <w:proofErr w:type="gramEnd"/>
      <w:r w:rsidRPr="00AD5993">
        <w:rPr>
          <w:rFonts w:asciiTheme="majorHAnsi" w:hAnsiTheme="majorHAnsi" w:cstheme="majorHAnsi"/>
          <w:sz w:val="20"/>
          <w:szCs w:val="20"/>
        </w:rPr>
        <w:t xml:space="preserve"> di progetto).</w:t>
      </w:r>
      <w:r w:rsidRPr="00AD5993">
        <w:rPr>
          <w:rFonts w:asciiTheme="majorHAnsi" w:hAnsiTheme="majorHAnsi" w:cstheme="majorHAnsi"/>
          <w:sz w:val="20"/>
          <w:szCs w:val="20"/>
        </w:rPr>
        <w:br/>
      </w:r>
    </w:p>
    <w:p w14:paraId="1A0B5A93" w14:textId="77777777" w:rsidR="00151087" w:rsidRPr="00AD5993" w:rsidRDefault="00000000">
      <w:pPr>
        <w:rPr>
          <w:rFonts w:asciiTheme="majorHAnsi" w:hAnsiTheme="majorHAnsi" w:cstheme="majorHAnsi"/>
          <w:sz w:val="20"/>
          <w:szCs w:val="20"/>
        </w:rPr>
      </w:pPr>
      <w:r w:rsidRPr="00AD5993">
        <w:rPr>
          <w:rFonts w:asciiTheme="majorHAnsi" w:hAnsiTheme="majorHAnsi" w:cstheme="majorHAnsi"/>
          <w:b/>
          <w:sz w:val="20"/>
          <w:szCs w:val="20"/>
        </w:rPr>
        <w:t>Informazioni sul trattamento dei dati personali - Normativa in materia di protezione dei dati (Regolamento UE 2016/679)</w:t>
      </w:r>
    </w:p>
    <w:p w14:paraId="409E7F63" w14:textId="77777777" w:rsidR="00151087" w:rsidRPr="00AD5993" w:rsidRDefault="00000000">
      <w:pPr>
        <w:rPr>
          <w:rFonts w:asciiTheme="majorHAnsi" w:hAnsiTheme="majorHAnsi" w:cstheme="majorHAnsi"/>
          <w:sz w:val="20"/>
          <w:szCs w:val="20"/>
        </w:rPr>
      </w:pPr>
      <w:r w:rsidRPr="00AD5993">
        <w:rPr>
          <w:rFonts w:asciiTheme="majorHAnsi" w:hAnsiTheme="majorHAnsi" w:cstheme="majorHAnsi"/>
          <w:sz w:val="20"/>
          <w:szCs w:val="20"/>
        </w:rPr>
        <w:t>I dati sopra riportati sono prescritti dalle disposizioni vigenti ai fini del procedimento per il quale sono richiesti e verranno utilizzati esclusivamente per tale finalità.</w:t>
      </w:r>
      <w:r w:rsidRPr="00AD5993">
        <w:rPr>
          <w:rFonts w:asciiTheme="majorHAnsi" w:hAnsiTheme="majorHAnsi" w:cstheme="majorHAnsi"/>
          <w:sz w:val="20"/>
          <w:szCs w:val="20"/>
        </w:rPr>
        <w:br/>
      </w:r>
    </w:p>
    <w:p w14:paraId="1B89C578" w14:textId="77777777" w:rsidR="00151087" w:rsidRPr="00AD5993" w:rsidRDefault="00000000">
      <w:pPr>
        <w:rPr>
          <w:rFonts w:asciiTheme="majorHAnsi" w:hAnsiTheme="majorHAnsi" w:cstheme="majorHAnsi"/>
          <w:sz w:val="20"/>
          <w:szCs w:val="20"/>
        </w:rPr>
      </w:pPr>
      <w:r w:rsidRPr="00AD5993">
        <w:rPr>
          <w:rFonts w:asciiTheme="majorHAnsi" w:hAnsiTheme="majorHAnsi" w:cstheme="majorHAnsi"/>
          <w:sz w:val="20"/>
          <w:szCs w:val="20"/>
        </w:rPr>
        <w:t>Luogo, data _______________</w:t>
      </w:r>
    </w:p>
    <w:p w14:paraId="0F695188" w14:textId="77777777" w:rsidR="00151087" w:rsidRPr="00AD5993" w:rsidRDefault="00000000">
      <w:pPr>
        <w:rPr>
          <w:rFonts w:asciiTheme="majorHAnsi" w:hAnsiTheme="majorHAnsi" w:cstheme="majorHAnsi"/>
          <w:sz w:val="20"/>
          <w:szCs w:val="20"/>
        </w:rPr>
      </w:pPr>
      <w:r w:rsidRPr="00AD5993">
        <w:rPr>
          <w:rFonts w:asciiTheme="majorHAnsi" w:hAnsiTheme="majorHAnsi" w:cstheme="majorHAnsi"/>
          <w:sz w:val="20"/>
          <w:szCs w:val="20"/>
        </w:rPr>
        <w:t>Firma _____________________________</w:t>
      </w:r>
    </w:p>
    <w:p w14:paraId="55C744FF" w14:textId="77777777" w:rsidR="00AD5993" w:rsidRDefault="00000000">
      <w:pPr>
        <w:rPr>
          <w:rFonts w:asciiTheme="majorHAnsi" w:hAnsiTheme="majorHAnsi" w:cstheme="majorHAnsi"/>
          <w:sz w:val="20"/>
          <w:szCs w:val="20"/>
        </w:rPr>
      </w:pPr>
      <w:r w:rsidRPr="00AD5993">
        <w:rPr>
          <w:rFonts w:asciiTheme="majorHAnsi" w:hAnsiTheme="majorHAnsi" w:cstheme="majorHAnsi"/>
          <w:sz w:val="20"/>
          <w:szCs w:val="20"/>
        </w:rPr>
        <w:t>(Il legale rappresentante dell'Associazione/Federazione)</w:t>
      </w:r>
    </w:p>
    <w:p w14:paraId="29498588" w14:textId="0C69E6C8" w:rsidR="00151087" w:rsidRPr="00AD5993" w:rsidRDefault="00000000">
      <w:pPr>
        <w:rPr>
          <w:rFonts w:asciiTheme="majorHAnsi" w:hAnsiTheme="majorHAnsi" w:cstheme="majorHAnsi"/>
          <w:sz w:val="20"/>
          <w:szCs w:val="20"/>
        </w:rPr>
      </w:pPr>
      <w:r w:rsidRPr="00AD5993">
        <w:rPr>
          <w:rFonts w:asciiTheme="majorHAnsi" w:hAnsiTheme="majorHAnsi" w:cstheme="majorHAnsi"/>
          <w:sz w:val="20"/>
          <w:szCs w:val="20"/>
        </w:rPr>
        <w:t xml:space="preserve">Timbro </w:t>
      </w:r>
      <w:proofErr w:type="spellStart"/>
      <w:r w:rsidRPr="00AD5993">
        <w:rPr>
          <w:rFonts w:asciiTheme="majorHAnsi" w:hAnsiTheme="majorHAnsi" w:cstheme="majorHAnsi"/>
          <w:sz w:val="20"/>
          <w:szCs w:val="20"/>
        </w:rPr>
        <w:t>dell'Associazione</w:t>
      </w:r>
      <w:proofErr w:type="spellEnd"/>
      <w:r w:rsidRPr="00AD5993">
        <w:rPr>
          <w:rFonts w:asciiTheme="majorHAnsi" w:hAnsiTheme="majorHAnsi" w:cstheme="majorHAnsi"/>
          <w:sz w:val="20"/>
          <w:szCs w:val="20"/>
        </w:rPr>
        <w:t>/Federazione ____________________________________________</w:t>
      </w:r>
    </w:p>
    <w:p w14:paraId="51ACE05E" w14:textId="699C7368" w:rsidR="00151087" w:rsidRPr="00AD5993" w:rsidRDefault="00000000" w:rsidP="00AD5993">
      <w:pPr>
        <w:jc w:val="center"/>
        <w:rPr>
          <w:rFonts w:asciiTheme="majorHAnsi" w:hAnsiTheme="majorHAnsi" w:cstheme="majorHAnsi"/>
          <w:sz w:val="20"/>
          <w:szCs w:val="20"/>
        </w:rPr>
      </w:pPr>
      <w:r w:rsidRPr="00AD5993">
        <w:rPr>
          <w:rFonts w:asciiTheme="majorHAnsi" w:hAnsiTheme="majorHAnsi" w:cstheme="majorHAnsi"/>
          <w:sz w:val="20"/>
          <w:szCs w:val="20"/>
        </w:rPr>
        <w:br w:type="page"/>
      </w:r>
      <w:r w:rsidRPr="00AD5993">
        <w:rPr>
          <w:rFonts w:asciiTheme="majorHAnsi" w:hAnsiTheme="majorHAnsi" w:cstheme="majorHAnsi"/>
          <w:b/>
          <w:sz w:val="20"/>
          <w:szCs w:val="20"/>
        </w:rPr>
        <w:lastRenderedPageBreak/>
        <w:t>PROPOSTA TECNICA E QUADRO ECONOMICO</w:t>
      </w:r>
    </w:p>
    <w:p w14:paraId="702862DE" w14:textId="77777777" w:rsidR="00151087" w:rsidRPr="00AD5993" w:rsidRDefault="00151087">
      <w:pPr>
        <w:rPr>
          <w:rFonts w:asciiTheme="majorHAnsi" w:hAnsiTheme="majorHAnsi" w:cstheme="majorHAnsi"/>
          <w:sz w:val="20"/>
          <w:szCs w:val="20"/>
        </w:rPr>
      </w:pPr>
    </w:p>
    <w:p w14:paraId="5865CDFE" w14:textId="77777777" w:rsidR="00151087" w:rsidRPr="00AD5993" w:rsidRDefault="00000000">
      <w:pPr>
        <w:rPr>
          <w:rFonts w:asciiTheme="majorHAnsi" w:hAnsiTheme="majorHAnsi" w:cstheme="majorHAnsi"/>
          <w:sz w:val="20"/>
          <w:szCs w:val="20"/>
        </w:rPr>
      </w:pPr>
      <w:r w:rsidRPr="00AD5993">
        <w:rPr>
          <w:rFonts w:asciiTheme="majorHAnsi" w:hAnsiTheme="majorHAnsi" w:cstheme="majorHAnsi"/>
          <w:b/>
          <w:sz w:val="20"/>
          <w:szCs w:val="20"/>
        </w:rPr>
        <w:t>A) Titolo dell'iniziativa, data di inizio e conclusione del progetto, luogo di realizzazione</w:t>
      </w:r>
    </w:p>
    <w:p w14:paraId="549C601D" w14:textId="77777777" w:rsidR="00151087" w:rsidRPr="00AD5993" w:rsidRDefault="00000000">
      <w:pPr>
        <w:rPr>
          <w:rFonts w:asciiTheme="majorHAnsi" w:hAnsiTheme="majorHAnsi" w:cstheme="majorHAnsi"/>
          <w:sz w:val="20"/>
          <w:szCs w:val="20"/>
        </w:rPr>
      </w:pPr>
      <w:r w:rsidRPr="00AD5993">
        <w:rPr>
          <w:rFonts w:asciiTheme="majorHAnsi" w:hAnsiTheme="majorHAnsi" w:cstheme="majorHAnsi"/>
          <w:sz w:val="20"/>
          <w:szCs w:val="20"/>
        </w:rPr>
        <w:t>___________________________________________________________________________________</w:t>
      </w:r>
      <w:r w:rsidRPr="00AD5993">
        <w:rPr>
          <w:rFonts w:asciiTheme="majorHAnsi" w:hAnsiTheme="majorHAnsi" w:cstheme="majorHAnsi"/>
          <w:sz w:val="20"/>
          <w:szCs w:val="20"/>
        </w:rPr>
        <w:br/>
      </w:r>
    </w:p>
    <w:p w14:paraId="0E202662" w14:textId="77777777" w:rsidR="00151087" w:rsidRPr="00AD5993" w:rsidRDefault="00000000">
      <w:pPr>
        <w:rPr>
          <w:rFonts w:asciiTheme="majorHAnsi" w:hAnsiTheme="majorHAnsi" w:cstheme="majorHAnsi"/>
          <w:sz w:val="20"/>
          <w:szCs w:val="20"/>
        </w:rPr>
      </w:pPr>
      <w:r w:rsidRPr="00AD5993">
        <w:rPr>
          <w:rFonts w:asciiTheme="majorHAnsi" w:hAnsiTheme="majorHAnsi" w:cstheme="majorHAnsi"/>
          <w:b/>
          <w:sz w:val="20"/>
          <w:szCs w:val="20"/>
        </w:rPr>
        <w:t>B) Breve presentazione dell'Associazione/Federazione (indicare la mission, il numero degli associati, principali attività svolte) (sintesi: max 1000 battute spazi inclusi)</w:t>
      </w:r>
    </w:p>
    <w:p w14:paraId="026D3C05" w14:textId="77777777" w:rsidR="00151087" w:rsidRPr="00AD5993" w:rsidRDefault="00000000">
      <w:pPr>
        <w:rPr>
          <w:rFonts w:asciiTheme="majorHAnsi" w:hAnsiTheme="majorHAnsi" w:cstheme="majorHAnsi"/>
          <w:sz w:val="20"/>
          <w:szCs w:val="20"/>
        </w:rPr>
      </w:pPr>
      <w:r w:rsidRPr="00AD5993">
        <w:rPr>
          <w:rFonts w:asciiTheme="majorHAnsi" w:hAnsiTheme="majorHAnsi" w:cstheme="majorHAnsi"/>
          <w:sz w:val="20"/>
          <w:szCs w:val="20"/>
        </w:rPr>
        <w:t>___________________________________________________________________________________</w:t>
      </w:r>
      <w:r w:rsidRPr="00AD5993">
        <w:rPr>
          <w:rFonts w:asciiTheme="majorHAnsi" w:hAnsiTheme="majorHAnsi" w:cstheme="majorHAnsi"/>
          <w:sz w:val="20"/>
          <w:szCs w:val="20"/>
        </w:rPr>
        <w:br/>
      </w:r>
    </w:p>
    <w:p w14:paraId="33A44B0F" w14:textId="77777777" w:rsidR="00151087" w:rsidRPr="00AD5993" w:rsidRDefault="00000000">
      <w:pPr>
        <w:rPr>
          <w:rFonts w:asciiTheme="majorHAnsi" w:hAnsiTheme="majorHAnsi" w:cstheme="majorHAnsi"/>
          <w:sz w:val="20"/>
          <w:szCs w:val="20"/>
        </w:rPr>
      </w:pPr>
      <w:r w:rsidRPr="00AD5993">
        <w:rPr>
          <w:rFonts w:asciiTheme="majorHAnsi" w:hAnsiTheme="majorHAnsi" w:cstheme="majorHAnsi"/>
          <w:b/>
          <w:sz w:val="20"/>
          <w:szCs w:val="20"/>
        </w:rPr>
        <w:t>C) Indicare se il progetto si collega ad una o più delle seguenti priorità tematiche (giusta DGR 943/2026). In particolare evidenziare nella parte descrittiva di cui alla successiva lettera D) in che modo si intende contribuire con le attività di progetto a realizzare uno o più degli obiettivi generali di seguito riportati (selezionare con una X e fornire breve specifica):</w:t>
      </w:r>
    </w:p>
    <w:p w14:paraId="40E03D9E" w14:textId="77777777" w:rsidR="00151087" w:rsidRPr="00AD5993" w:rsidRDefault="00000000">
      <w:pPr>
        <w:rPr>
          <w:rFonts w:asciiTheme="majorHAnsi" w:hAnsiTheme="majorHAnsi" w:cstheme="majorHAnsi"/>
          <w:sz w:val="20"/>
          <w:szCs w:val="20"/>
        </w:rPr>
      </w:pPr>
      <w:r w:rsidRPr="00AD5993">
        <w:rPr>
          <w:rFonts w:asciiTheme="majorHAnsi" w:hAnsiTheme="majorHAnsi" w:cstheme="majorHAnsi"/>
          <w:sz w:val="20"/>
          <w:szCs w:val="20"/>
        </w:rPr>
        <w:t>[ ] rafforzamento del senso di appartenenza e dei legami con la Puglia delle persone, in particolare giovani, attualmente in mobilità fuori dei confini regionali, mediante la creazione, il potenziamento e la valorizzazione di reti finalizzate alla creazione di valore e opportunità per i singoli e per la comunità pugliese e il suo territorio, in coerenza con le linee programmatiche della strategia regionale "#mareAsinistra" (Legge regionale n. 13/2025, documento consultabile sul portale BURP Regione Puglia);</w:t>
      </w:r>
    </w:p>
    <w:p w14:paraId="75A8A598" w14:textId="77777777" w:rsidR="00151087" w:rsidRPr="00AD5993" w:rsidRDefault="00000000">
      <w:pPr>
        <w:rPr>
          <w:rFonts w:asciiTheme="majorHAnsi" w:hAnsiTheme="majorHAnsi" w:cstheme="majorHAnsi"/>
          <w:sz w:val="20"/>
          <w:szCs w:val="20"/>
        </w:rPr>
      </w:pPr>
      <w:proofErr w:type="gramStart"/>
      <w:r w:rsidRPr="00AD5993">
        <w:rPr>
          <w:rFonts w:asciiTheme="majorHAnsi" w:hAnsiTheme="majorHAnsi" w:cstheme="majorHAnsi"/>
          <w:sz w:val="20"/>
          <w:szCs w:val="20"/>
        </w:rPr>
        <w:t>[ ]</w:t>
      </w:r>
      <w:proofErr w:type="gramEnd"/>
      <w:r w:rsidRPr="00AD5993">
        <w:rPr>
          <w:rFonts w:asciiTheme="majorHAnsi" w:hAnsiTheme="majorHAnsi" w:cstheme="majorHAnsi"/>
          <w:sz w:val="20"/>
          <w:szCs w:val="20"/>
        </w:rPr>
        <w:t xml:space="preserve"> promozione del c.d. Turismo delle radici mediante l'attivazione di reti formali (in particolare della rete di associazioni di pugliesi nel mondo riconosciute ai sensi della L.R. 23/2000) ed informali di pugliesi oriundi nel mondo, declinata nelle più varie modalità (es. valorizzazione della lingua italiana, della cultura pugliese ivi inclusa quella eno-gastronomica, delle narrazioni legate all'emigrazione pugliese, ecc.);</w:t>
      </w:r>
    </w:p>
    <w:p w14:paraId="61E5B832" w14:textId="77777777" w:rsidR="00151087" w:rsidRPr="00AD5993" w:rsidRDefault="00000000">
      <w:pPr>
        <w:rPr>
          <w:rFonts w:asciiTheme="majorHAnsi" w:hAnsiTheme="majorHAnsi" w:cstheme="majorHAnsi"/>
          <w:sz w:val="20"/>
          <w:szCs w:val="20"/>
        </w:rPr>
      </w:pPr>
      <w:proofErr w:type="gramStart"/>
      <w:r w:rsidRPr="00AD5993">
        <w:rPr>
          <w:rFonts w:asciiTheme="majorHAnsi" w:hAnsiTheme="majorHAnsi" w:cstheme="majorHAnsi"/>
          <w:sz w:val="20"/>
          <w:szCs w:val="20"/>
        </w:rPr>
        <w:t>[ ]</w:t>
      </w:r>
      <w:proofErr w:type="gramEnd"/>
      <w:r w:rsidRPr="00AD5993">
        <w:rPr>
          <w:rFonts w:asciiTheme="majorHAnsi" w:hAnsiTheme="majorHAnsi" w:cstheme="majorHAnsi"/>
          <w:sz w:val="20"/>
          <w:szCs w:val="20"/>
        </w:rPr>
        <w:t xml:space="preserve"> valorizzazione e promozione del Made in Puglia e dell'artigianato artistico di qualità pugliese, quali elementi di identità e connessione tra la regione e le comunità di pugliesi nel mondo.</w:t>
      </w:r>
      <w:r w:rsidRPr="00AD5993">
        <w:rPr>
          <w:rFonts w:asciiTheme="majorHAnsi" w:hAnsiTheme="majorHAnsi" w:cstheme="majorHAnsi"/>
          <w:sz w:val="20"/>
          <w:szCs w:val="20"/>
        </w:rPr>
        <w:br/>
      </w:r>
    </w:p>
    <w:p w14:paraId="44D8394B" w14:textId="77777777" w:rsidR="00151087" w:rsidRPr="00AD5993" w:rsidRDefault="00000000">
      <w:pPr>
        <w:rPr>
          <w:rFonts w:asciiTheme="majorHAnsi" w:hAnsiTheme="majorHAnsi" w:cstheme="majorHAnsi"/>
          <w:sz w:val="20"/>
          <w:szCs w:val="20"/>
        </w:rPr>
      </w:pPr>
      <w:r w:rsidRPr="00AD5993">
        <w:rPr>
          <w:rFonts w:asciiTheme="majorHAnsi" w:hAnsiTheme="majorHAnsi" w:cstheme="majorHAnsi"/>
          <w:b/>
          <w:sz w:val="20"/>
          <w:szCs w:val="20"/>
        </w:rPr>
        <w:t>D) Descrizione della proposta progettuale. Indicazione degli obiettivi della proposta; descrizione delle modalità e delle azioni previste per il conseguimento degli obiettivi. (sintesi: circa 1800 battute - max 3000 battute spazi inclusi)</w:t>
      </w:r>
    </w:p>
    <w:p w14:paraId="3EDD451A" w14:textId="36F2111A" w:rsidR="00151087" w:rsidRPr="00AD5993" w:rsidRDefault="00000000">
      <w:pPr>
        <w:rPr>
          <w:rFonts w:asciiTheme="majorHAnsi" w:hAnsiTheme="majorHAnsi" w:cstheme="majorHAnsi"/>
          <w:sz w:val="20"/>
          <w:szCs w:val="20"/>
        </w:rPr>
      </w:pPr>
      <w:r w:rsidRPr="00AD5993">
        <w:rPr>
          <w:rFonts w:asciiTheme="majorHAnsi" w:hAnsiTheme="majorHAnsi" w:cstheme="majorHAnsi"/>
          <w:sz w:val="20"/>
          <w:szCs w:val="20"/>
        </w:rPr>
        <w:t>___________________________________________________________________________________</w:t>
      </w:r>
      <w:r w:rsidRPr="00AD5993">
        <w:rPr>
          <w:rFonts w:asciiTheme="majorHAnsi" w:hAnsiTheme="majorHAnsi" w:cstheme="majorHAnsi"/>
          <w:sz w:val="20"/>
          <w:szCs w:val="20"/>
        </w:rPr>
        <w:br/>
      </w:r>
      <w:r w:rsidRPr="00AD5993">
        <w:rPr>
          <w:rFonts w:asciiTheme="majorHAnsi" w:hAnsiTheme="majorHAnsi" w:cstheme="majorHAnsi"/>
          <w:b/>
          <w:sz w:val="20"/>
          <w:szCs w:val="20"/>
        </w:rPr>
        <w:t xml:space="preserve">E) </w:t>
      </w:r>
      <w:proofErr w:type="spellStart"/>
      <w:r w:rsidRPr="00AD5993">
        <w:rPr>
          <w:rFonts w:asciiTheme="majorHAnsi" w:hAnsiTheme="majorHAnsi" w:cstheme="majorHAnsi"/>
          <w:b/>
          <w:sz w:val="20"/>
          <w:szCs w:val="20"/>
        </w:rPr>
        <w:t>Indicazione</w:t>
      </w:r>
      <w:proofErr w:type="spellEnd"/>
      <w:r w:rsidRPr="00AD5993">
        <w:rPr>
          <w:rFonts w:asciiTheme="majorHAnsi" w:hAnsiTheme="majorHAnsi" w:cstheme="majorHAnsi"/>
          <w:b/>
          <w:sz w:val="20"/>
          <w:szCs w:val="20"/>
        </w:rPr>
        <w:t xml:space="preserve"> della/delle </w:t>
      </w:r>
      <w:proofErr w:type="spellStart"/>
      <w:r w:rsidRPr="00AD5993">
        <w:rPr>
          <w:rFonts w:asciiTheme="majorHAnsi" w:hAnsiTheme="majorHAnsi" w:cstheme="majorHAnsi"/>
          <w:b/>
          <w:sz w:val="20"/>
          <w:szCs w:val="20"/>
        </w:rPr>
        <w:t>tipologia</w:t>
      </w:r>
      <w:proofErr w:type="spellEnd"/>
      <w:r w:rsidRPr="00AD5993">
        <w:rPr>
          <w:rFonts w:asciiTheme="majorHAnsi" w:hAnsiTheme="majorHAnsi" w:cstheme="majorHAnsi"/>
          <w:b/>
          <w:sz w:val="20"/>
          <w:szCs w:val="20"/>
        </w:rPr>
        <w:t>/e di attività da porre in essere a titolo esemplificativo (selezionare con una X):</w:t>
      </w:r>
    </w:p>
    <w:p w14:paraId="49B0CCC3" w14:textId="77777777" w:rsidR="00151087" w:rsidRPr="00AD5993" w:rsidRDefault="00000000">
      <w:pPr>
        <w:rPr>
          <w:rFonts w:asciiTheme="majorHAnsi" w:hAnsiTheme="majorHAnsi" w:cstheme="majorHAnsi"/>
          <w:sz w:val="20"/>
          <w:szCs w:val="20"/>
        </w:rPr>
      </w:pPr>
      <w:proofErr w:type="gramStart"/>
      <w:r w:rsidRPr="00AD5993">
        <w:rPr>
          <w:rFonts w:asciiTheme="majorHAnsi" w:hAnsiTheme="majorHAnsi" w:cstheme="majorHAnsi"/>
          <w:sz w:val="20"/>
          <w:szCs w:val="20"/>
        </w:rPr>
        <w:t>[ ]</w:t>
      </w:r>
      <w:proofErr w:type="gramEnd"/>
      <w:r w:rsidRPr="00AD5993">
        <w:rPr>
          <w:rFonts w:asciiTheme="majorHAnsi" w:hAnsiTheme="majorHAnsi" w:cstheme="majorHAnsi"/>
          <w:sz w:val="20"/>
          <w:szCs w:val="20"/>
        </w:rPr>
        <w:t xml:space="preserve"> attività di networking in presenza e/o attraverso tecnologie e/o piattaforme specializzate o dedicate;</w:t>
      </w:r>
    </w:p>
    <w:p w14:paraId="1EAC3846" w14:textId="77777777" w:rsidR="00151087" w:rsidRPr="00AD5993" w:rsidRDefault="00000000">
      <w:pPr>
        <w:rPr>
          <w:rFonts w:asciiTheme="majorHAnsi" w:hAnsiTheme="majorHAnsi" w:cstheme="majorHAnsi"/>
          <w:sz w:val="20"/>
          <w:szCs w:val="20"/>
        </w:rPr>
      </w:pPr>
      <w:proofErr w:type="gramStart"/>
      <w:r w:rsidRPr="00AD5993">
        <w:rPr>
          <w:rFonts w:asciiTheme="majorHAnsi" w:hAnsiTheme="majorHAnsi" w:cstheme="majorHAnsi"/>
          <w:sz w:val="20"/>
          <w:szCs w:val="20"/>
        </w:rPr>
        <w:t>[ ]</w:t>
      </w:r>
      <w:proofErr w:type="gramEnd"/>
      <w:r w:rsidRPr="00AD5993">
        <w:rPr>
          <w:rFonts w:asciiTheme="majorHAnsi" w:hAnsiTheme="majorHAnsi" w:cstheme="majorHAnsi"/>
          <w:sz w:val="20"/>
          <w:szCs w:val="20"/>
        </w:rPr>
        <w:t xml:space="preserve"> convegni, forum tematici, rassegne, festival, master class;</w:t>
      </w:r>
    </w:p>
    <w:p w14:paraId="4FF78A54" w14:textId="77777777" w:rsidR="00151087" w:rsidRPr="00AD5993" w:rsidRDefault="00000000">
      <w:pPr>
        <w:rPr>
          <w:rFonts w:asciiTheme="majorHAnsi" w:hAnsiTheme="majorHAnsi" w:cstheme="majorHAnsi"/>
          <w:sz w:val="20"/>
          <w:szCs w:val="20"/>
        </w:rPr>
      </w:pPr>
      <w:proofErr w:type="gramStart"/>
      <w:r w:rsidRPr="00AD5993">
        <w:rPr>
          <w:rFonts w:asciiTheme="majorHAnsi" w:hAnsiTheme="majorHAnsi" w:cstheme="majorHAnsi"/>
          <w:sz w:val="20"/>
          <w:szCs w:val="20"/>
        </w:rPr>
        <w:t>[ ]</w:t>
      </w:r>
      <w:proofErr w:type="gramEnd"/>
      <w:r w:rsidRPr="00AD5993">
        <w:rPr>
          <w:rFonts w:asciiTheme="majorHAnsi" w:hAnsiTheme="majorHAnsi" w:cstheme="majorHAnsi"/>
          <w:sz w:val="20"/>
          <w:szCs w:val="20"/>
        </w:rPr>
        <w:t xml:space="preserve"> mostre e/o laboratori sulla lavorazione di produzioni artigianali tipiche (es. ceramica, cartapesta, ricami, strumenti musicali, ecc.);</w:t>
      </w:r>
    </w:p>
    <w:p w14:paraId="66829B7E" w14:textId="77777777" w:rsidR="00151087" w:rsidRPr="00AD5993" w:rsidRDefault="00000000">
      <w:pPr>
        <w:rPr>
          <w:rFonts w:asciiTheme="majorHAnsi" w:hAnsiTheme="majorHAnsi" w:cstheme="majorHAnsi"/>
          <w:sz w:val="20"/>
          <w:szCs w:val="20"/>
        </w:rPr>
      </w:pPr>
      <w:proofErr w:type="gramStart"/>
      <w:r w:rsidRPr="00AD5993">
        <w:rPr>
          <w:rFonts w:asciiTheme="majorHAnsi" w:hAnsiTheme="majorHAnsi" w:cstheme="majorHAnsi"/>
          <w:sz w:val="20"/>
          <w:szCs w:val="20"/>
        </w:rPr>
        <w:lastRenderedPageBreak/>
        <w:t>[ ]</w:t>
      </w:r>
      <w:proofErr w:type="gramEnd"/>
      <w:r w:rsidRPr="00AD5993">
        <w:rPr>
          <w:rFonts w:asciiTheme="majorHAnsi" w:hAnsiTheme="majorHAnsi" w:cstheme="majorHAnsi"/>
          <w:sz w:val="20"/>
          <w:szCs w:val="20"/>
        </w:rPr>
        <w:t xml:space="preserve"> degustazioni tematiche di produzioni agroalimentari pugliesi, cooking show, laboratori e simili;</w:t>
      </w:r>
    </w:p>
    <w:p w14:paraId="3B942EF4" w14:textId="77777777" w:rsidR="00151087" w:rsidRPr="00AD5993" w:rsidRDefault="00000000">
      <w:pPr>
        <w:rPr>
          <w:rFonts w:asciiTheme="majorHAnsi" w:hAnsiTheme="majorHAnsi" w:cstheme="majorHAnsi"/>
          <w:sz w:val="20"/>
          <w:szCs w:val="20"/>
        </w:rPr>
      </w:pPr>
      <w:proofErr w:type="gramStart"/>
      <w:r w:rsidRPr="00AD5993">
        <w:rPr>
          <w:rFonts w:asciiTheme="majorHAnsi" w:hAnsiTheme="majorHAnsi" w:cstheme="majorHAnsi"/>
          <w:sz w:val="20"/>
          <w:szCs w:val="20"/>
        </w:rPr>
        <w:t>[ ]</w:t>
      </w:r>
      <w:proofErr w:type="gramEnd"/>
      <w:r w:rsidRPr="00AD5993">
        <w:rPr>
          <w:rFonts w:asciiTheme="majorHAnsi" w:hAnsiTheme="majorHAnsi" w:cstheme="majorHAnsi"/>
          <w:sz w:val="20"/>
          <w:szCs w:val="20"/>
        </w:rPr>
        <w:t xml:space="preserve"> esposizioni e performance artistiche anche dal vivo;</w:t>
      </w:r>
    </w:p>
    <w:p w14:paraId="527A3FE5" w14:textId="77777777" w:rsidR="00AD5993" w:rsidRPr="00AD5993" w:rsidRDefault="00000000">
      <w:pPr>
        <w:rPr>
          <w:rFonts w:asciiTheme="majorHAnsi" w:hAnsiTheme="majorHAnsi" w:cstheme="majorHAnsi"/>
          <w:b/>
          <w:sz w:val="10"/>
          <w:szCs w:val="10"/>
        </w:rPr>
      </w:pPr>
      <w:proofErr w:type="gramStart"/>
      <w:r w:rsidRPr="00AD5993">
        <w:rPr>
          <w:rFonts w:asciiTheme="majorHAnsi" w:hAnsiTheme="majorHAnsi" w:cstheme="majorHAnsi"/>
          <w:sz w:val="20"/>
          <w:szCs w:val="20"/>
        </w:rPr>
        <w:t>[ ]</w:t>
      </w:r>
      <w:proofErr w:type="gramEnd"/>
      <w:r w:rsidRPr="00AD5993">
        <w:rPr>
          <w:rFonts w:asciiTheme="majorHAnsi" w:hAnsiTheme="majorHAnsi" w:cstheme="majorHAnsi"/>
          <w:sz w:val="20"/>
          <w:szCs w:val="20"/>
        </w:rPr>
        <w:t xml:space="preserve"> altro (specificare) ___________________________________________________________</w:t>
      </w:r>
      <w:r w:rsidRPr="00AD5993">
        <w:rPr>
          <w:rFonts w:asciiTheme="majorHAnsi" w:hAnsiTheme="majorHAnsi" w:cstheme="majorHAnsi"/>
          <w:sz w:val="20"/>
          <w:szCs w:val="20"/>
        </w:rPr>
        <w:br/>
      </w:r>
    </w:p>
    <w:p w14:paraId="5070681D" w14:textId="53ADED6D" w:rsidR="00151087" w:rsidRPr="00AD5993" w:rsidRDefault="00000000">
      <w:pPr>
        <w:rPr>
          <w:rFonts w:asciiTheme="majorHAnsi" w:hAnsiTheme="majorHAnsi" w:cstheme="majorHAnsi"/>
          <w:sz w:val="20"/>
          <w:szCs w:val="20"/>
        </w:rPr>
      </w:pPr>
      <w:r w:rsidRPr="00AD5993">
        <w:rPr>
          <w:rFonts w:asciiTheme="majorHAnsi" w:hAnsiTheme="majorHAnsi" w:cstheme="majorHAnsi"/>
          <w:b/>
          <w:sz w:val="20"/>
          <w:szCs w:val="20"/>
        </w:rPr>
        <w:t xml:space="preserve">F) </w:t>
      </w:r>
      <w:proofErr w:type="spellStart"/>
      <w:r w:rsidRPr="00AD5993">
        <w:rPr>
          <w:rFonts w:asciiTheme="majorHAnsi" w:hAnsiTheme="majorHAnsi" w:cstheme="majorHAnsi"/>
          <w:b/>
          <w:sz w:val="20"/>
          <w:szCs w:val="20"/>
        </w:rPr>
        <w:t>Coinvolgimento</w:t>
      </w:r>
      <w:proofErr w:type="spellEnd"/>
      <w:r w:rsidRPr="00AD5993">
        <w:rPr>
          <w:rFonts w:asciiTheme="majorHAnsi" w:hAnsiTheme="majorHAnsi" w:cstheme="majorHAnsi"/>
          <w:b/>
          <w:sz w:val="20"/>
          <w:szCs w:val="20"/>
        </w:rPr>
        <w:t xml:space="preserve"> di </w:t>
      </w:r>
      <w:proofErr w:type="spellStart"/>
      <w:r w:rsidRPr="00AD5993">
        <w:rPr>
          <w:rFonts w:asciiTheme="majorHAnsi" w:hAnsiTheme="majorHAnsi" w:cstheme="majorHAnsi"/>
          <w:b/>
          <w:sz w:val="20"/>
          <w:szCs w:val="20"/>
        </w:rPr>
        <w:t>soggetti</w:t>
      </w:r>
      <w:proofErr w:type="spellEnd"/>
      <w:r w:rsidRPr="00AD5993">
        <w:rPr>
          <w:rFonts w:asciiTheme="majorHAnsi" w:hAnsiTheme="majorHAnsi" w:cstheme="majorHAnsi"/>
          <w:b/>
          <w:sz w:val="20"/>
          <w:szCs w:val="20"/>
        </w:rPr>
        <w:t xml:space="preserve"> e partner (se previsti)</w:t>
      </w:r>
    </w:p>
    <w:p w14:paraId="3D4E29D6" w14:textId="32044695" w:rsidR="00151087" w:rsidRPr="00AD5993" w:rsidRDefault="00000000" w:rsidP="00AD5993">
      <w:pPr>
        <w:jc w:val="center"/>
        <w:rPr>
          <w:rFonts w:asciiTheme="majorHAnsi" w:hAnsiTheme="majorHAnsi" w:cstheme="majorHAnsi"/>
          <w:sz w:val="20"/>
          <w:szCs w:val="20"/>
        </w:rPr>
      </w:pPr>
      <w:r w:rsidRPr="00AD5993">
        <w:rPr>
          <w:rFonts w:asciiTheme="majorHAnsi" w:hAnsiTheme="majorHAnsi" w:cstheme="majorHAnsi"/>
          <w:sz w:val="20"/>
          <w:szCs w:val="20"/>
        </w:rPr>
        <w:t>In caso di partenariati formali con Istituzioni locali, Istituti di cultura, Rappresentanze diplomatiche, ENIT, ICE, stakeholder, imprese, artigiani, ecc., allegare le lettere di intenti o documenti affini dei soggetti coinvolti.</w:t>
      </w:r>
      <w:r w:rsidRPr="00AD5993">
        <w:rPr>
          <w:rFonts w:asciiTheme="majorHAnsi" w:hAnsiTheme="majorHAnsi" w:cstheme="majorHAnsi"/>
          <w:sz w:val="20"/>
          <w:szCs w:val="20"/>
        </w:rPr>
        <w:br/>
      </w:r>
      <w:r w:rsidRPr="00AD5993">
        <w:rPr>
          <w:rFonts w:asciiTheme="majorHAnsi" w:hAnsiTheme="majorHAnsi" w:cstheme="majorHAnsi"/>
          <w:b/>
          <w:sz w:val="20"/>
          <w:szCs w:val="20"/>
        </w:rPr>
        <w:t>QUADRO ECONOMICO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14"/>
        <w:gridCol w:w="1202"/>
        <w:gridCol w:w="2157"/>
        <w:gridCol w:w="2157"/>
      </w:tblGrid>
      <w:tr w:rsidR="00151087" w:rsidRPr="00AD5993" w14:paraId="572AF1B1" w14:textId="77777777" w:rsidTr="00AD5993">
        <w:tc>
          <w:tcPr>
            <w:tcW w:w="3114" w:type="dxa"/>
          </w:tcPr>
          <w:p w14:paraId="7AA7D5F9" w14:textId="77777777" w:rsidR="00151087" w:rsidRPr="00AD5993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D599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Voce di </w:t>
            </w:r>
            <w:proofErr w:type="spellStart"/>
            <w:r w:rsidRPr="00AD5993">
              <w:rPr>
                <w:rFonts w:asciiTheme="majorHAnsi" w:hAnsiTheme="majorHAnsi" w:cstheme="majorHAnsi"/>
                <w:b/>
                <w:sz w:val="20"/>
                <w:szCs w:val="20"/>
              </w:rPr>
              <w:t>costo</w:t>
            </w:r>
            <w:proofErr w:type="spellEnd"/>
            <w:r w:rsidRPr="00AD599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(a titolo esemplificativo)</w:t>
            </w:r>
          </w:p>
        </w:tc>
        <w:tc>
          <w:tcPr>
            <w:tcW w:w="1202" w:type="dxa"/>
          </w:tcPr>
          <w:p w14:paraId="13C8AC7E" w14:textId="77777777" w:rsidR="00151087" w:rsidRPr="00AD5993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D5993">
              <w:rPr>
                <w:rFonts w:asciiTheme="majorHAnsi" w:hAnsiTheme="majorHAnsi" w:cstheme="majorHAnsi"/>
                <w:b/>
                <w:sz w:val="20"/>
                <w:szCs w:val="20"/>
              </w:rPr>
              <w:t>Unità di misura</w:t>
            </w:r>
          </w:p>
        </w:tc>
        <w:tc>
          <w:tcPr>
            <w:tcW w:w="2157" w:type="dxa"/>
          </w:tcPr>
          <w:p w14:paraId="148E1B25" w14:textId="77777777" w:rsidR="00151087" w:rsidRPr="00AD5993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D5993">
              <w:rPr>
                <w:rFonts w:asciiTheme="majorHAnsi" w:hAnsiTheme="majorHAnsi" w:cstheme="majorHAnsi"/>
                <w:b/>
                <w:sz w:val="20"/>
                <w:szCs w:val="20"/>
              </w:rPr>
              <w:t>Costo unitario</w:t>
            </w:r>
          </w:p>
        </w:tc>
        <w:tc>
          <w:tcPr>
            <w:tcW w:w="2157" w:type="dxa"/>
          </w:tcPr>
          <w:p w14:paraId="2AB404DA" w14:textId="77777777" w:rsidR="00151087" w:rsidRPr="00AD5993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D5993">
              <w:rPr>
                <w:rFonts w:asciiTheme="majorHAnsi" w:hAnsiTheme="majorHAnsi" w:cstheme="majorHAnsi"/>
                <w:b/>
                <w:sz w:val="20"/>
                <w:szCs w:val="20"/>
              </w:rPr>
              <w:t>Totale</w:t>
            </w:r>
          </w:p>
        </w:tc>
      </w:tr>
      <w:tr w:rsidR="00151087" w:rsidRPr="00AD5993" w14:paraId="74FF8181" w14:textId="77777777" w:rsidTr="00AD5993">
        <w:tc>
          <w:tcPr>
            <w:tcW w:w="3114" w:type="dxa"/>
          </w:tcPr>
          <w:p w14:paraId="2586EC9E" w14:textId="77777777" w:rsidR="00151087" w:rsidRPr="00AD5993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D5993">
              <w:rPr>
                <w:rFonts w:asciiTheme="majorHAnsi" w:hAnsiTheme="majorHAnsi" w:cstheme="majorHAnsi"/>
                <w:sz w:val="20"/>
                <w:szCs w:val="20"/>
              </w:rPr>
              <w:t>Attività di comunicazione</w:t>
            </w:r>
          </w:p>
        </w:tc>
        <w:tc>
          <w:tcPr>
            <w:tcW w:w="1202" w:type="dxa"/>
          </w:tcPr>
          <w:p w14:paraId="443030A8" w14:textId="77777777" w:rsidR="00151087" w:rsidRPr="00AD5993" w:rsidRDefault="001510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57" w:type="dxa"/>
          </w:tcPr>
          <w:p w14:paraId="07C76CE9" w14:textId="77777777" w:rsidR="00151087" w:rsidRPr="00AD5993" w:rsidRDefault="001510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57" w:type="dxa"/>
          </w:tcPr>
          <w:p w14:paraId="08A9CBE3" w14:textId="77777777" w:rsidR="00151087" w:rsidRPr="00AD5993" w:rsidRDefault="001510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51087" w:rsidRPr="00AD5993" w14:paraId="35A8F7DF" w14:textId="77777777" w:rsidTr="00AD5993">
        <w:tc>
          <w:tcPr>
            <w:tcW w:w="3114" w:type="dxa"/>
          </w:tcPr>
          <w:p w14:paraId="09181AFE" w14:textId="77777777" w:rsidR="00151087" w:rsidRPr="00AD5993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D5993">
              <w:rPr>
                <w:rFonts w:asciiTheme="majorHAnsi" w:hAnsiTheme="majorHAnsi" w:cstheme="majorHAnsi"/>
                <w:sz w:val="20"/>
                <w:szCs w:val="20"/>
              </w:rPr>
              <w:t>Materie prime (es. prodotti alimentari tipici)</w:t>
            </w:r>
          </w:p>
        </w:tc>
        <w:tc>
          <w:tcPr>
            <w:tcW w:w="1202" w:type="dxa"/>
          </w:tcPr>
          <w:p w14:paraId="7CD02FC0" w14:textId="77777777" w:rsidR="00151087" w:rsidRPr="00AD5993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D5993">
              <w:rPr>
                <w:rFonts w:asciiTheme="majorHAnsi" w:hAnsiTheme="majorHAnsi" w:cstheme="majorHAnsi"/>
                <w:sz w:val="20"/>
                <w:szCs w:val="20"/>
              </w:rPr>
              <w:t>A corpo</w:t>
            </w:r>
          </w:p>
        </w:tc>
        <w:tc>
          <w:tcPr>
            <w:tcW w:w="2157" w:type="dxa"/>
          </w:tcPr>
          <w:p w14:paraId="59C4E2C4" w14:textId="77777777" w:rsidR="00151087" w:rsidRPr="00AD5993" w:rsidRDefault="001510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57" w:type="dxa"/>
          </w:tcPr>
          <w:p w14:paraId="713C6985" w14:textId="77777777" w:rsidR="00151087" w:rsidRPr="00AD5993" w:rsidRDefault="001510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51087" w:rsidRPr="00AD5993" w14:paraId="7079FCDB" w14:textId="77777777" w:rsidTr="00AD5993">
        <w:tc>
          <w:tcPr>
            <w:tcW w:w="3114" w:type="dxa"/>
          </w:tcPr>
          <w:p w14:paraId="2E39F6DC" w14:textId="77777777" w:rsidR="00151087" w:rsidRPr="00AD5993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D5993">
              <w:rPr>
                <w:rFonts w:asciiTheme="majorHAnsi" w:hAnsiTheme="majorHAnsi" w:cstheme="majorHAnsi"/>
                <w:sz w:val="20"/>
                <w:szCs w:val="20"/>
              </w:rPr>
              <w:t>Noleggio attrezzature, allestimenti</w:t>
            </w:r>
          </w:p>
        </w:tc>
        <w:tc>
          <w:tcPr>
            <w:tcW w:w="1202" w:type="dxa"/>
          </w:tcPr>
          <w:p w14:paraId="00C02F64" w14:textId="77777777" w:rsidR="00151087" w:rsidRPr="00AD5993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D5993">
              <w:rPr>
                <w:rFonts w:asciiTheme="majorHAnsi" w:hAnsiTheme="majorHAnsi" w:cstheme="majorHAnsi"/>
                <w:sz w:val="20"/>
                <w:szCs w:val="20"/>
              </w:rPr>
              <w:t>A corpo</w:t>
            </w:r>
          </w:p>
        </w:tc>
        <w:tc>
          <w:tcPr>
            <w:tcW w:w="2157" w:type="dxa"/>
          </w:tcPr>
          <w:p w14:paraId="67E6BE28" w14:textId="77777777" w:rsidR="00151087" w:rsidRPr="00AD5993" w:rsidRDefault="001510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57" w:type="dxa"/>
          </w:tcPr>
          <w:p w14:paraId="1A19F288" w14:textId="77777777" w:rsidR="00151087" w:rsidRPr="00AD5993" w:rsidRDefault="001510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51087" w:rsidRPr="00AD5993" w14:paraId="159A25F7" w14:textId="77777777" w:rsidTr="00AD5993">
        <w:tc>
          <w:tcPr>
            <w:tcW w:w="3114" w:type="dxa"/>
          </w:tcPr>
          <w:p w14:paraId="12E65945" w14:textId="77777777" w:rsidR="00151087" w:rsidRPr="00AD5993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D5993">
              <w:rPr>
                <w:rFonts w:asciiTheme="majorHAnsi" w:hAnsiTheme="majorHAnsi" w:cstheme="majorHAnsi"/>
                <w:sz w:val="20"/>
                <w:szCs w:val="20"/>
              </w:rPr>
              <w:t>Altro (specificare)</w:t>
            </w:r>
          </w:p>
        </w:tc>
        <w:tc>
          <w:tcPr>
            <w:tcW w:w="1202" w:type="dxa"/>
          </w:tcPr>
          <w:p w14:paraId="29FB5B59" w14:textId="77777777" w:rsidR="00151087" w:rsidRPr="00AD5993" w:rsidRDefault="001510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57" w:type="dxa"/>
          </w:tcPr>
          <w:p w14:paraId="2AEC3069" w14:textId="77777777" w:rsidR="00151087" w:rsidRPr="00AD5993" w:rsidRDefault="001510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57" w:type="dxa"/>
          </w:tcPr>
          <w:p w14:paraId="420A0622" w14:textId="77777777" w:rsidR="00151087" w:rsidRPr="00AD5993" w:rsidRDefault="001510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51087" w:rsidRPr="00AD5993" w14:paraId="25BFDE2A" w14:textId="77777777" w:rsidTr="00AD5993">
        <w:tc>
          <w:tcPr>
            <w:tcW w:w="3114" w:type="dxa"/>
          </w:tcPr>
          <w:p w14:paraId="55AF1F83" w14:textId="77777777" w:rsidR="00151087" w:rsidRPr="00AD5993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D5993">
              <w:rPr>
                <w:rFonts w:asciiTheme="majorHAnsi" w:hAnsiTheme="majorHAnsi" w:cstheme="majorHAnsi"/>
                <w:sz w:val="20"/>
                <w:szCs w:val="20"/>
              </w:rPr>
              <w:t>*Spese di progettazione e generali</w:t>
            </w:r>
          </w:p>
        </w:tc>
        <w:tc>
          <w:tcPr>
            <w:tcW w:w="1202" w:type="dxa"/>
          </w:tcPr>
          <w:p w14:paraId="3A58D9EE" w14:textId="77777777" w:rsidR="00151087" w:rsidRPr="00AD5993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D5993">
              <w:rPr>
                <w:rFonts w:asciiTheme="majorHAnsi" w:hAnsiTheme="majorHAnsi" w:cstheme="majorHAnsi"/>
                <w:sz w:val="20"/>
                <w:szCs w:val="20"/>
              </w:rPr>
              <w:t>Forfettario</w:t>
            </w:r>
          </w:p>
        </w:tc>
        <w:tc>
          <w:tcPr>
            <w:tcW w:w="2157" w:type="dxa"/>
          </w:tcPr>
          <w:p w14:paraId="7DAD442B" w14:textId="77777777" w:rsidR="00151087" w:rsidRPr="00AD5993" w:rsidRDefault="001510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57" w:type="dxa"/>
          </w:tcPr>
          <w:p w14:paraId="7B1D151C" w14:textId="77777777" w:rsidR="00151087" w:rsidRPr="00AD5993" w:rsidRDefault="001510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51087" w:rsidRPr="00AD5993" w14:paraId="7A939EC6" w14:textId="77777777" w:rsidTr="00AD5993">
        <w:tc>
          <w:tcPr>
            <w:tcW w:w="3114" w:type="dxa"/>
          </w:tcPr>
          <w:p w14:paraId="4CBAC900" w14:textId="77777777" w:rsidR="00151087" w:rsidRPr="00AD5993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D5993">
              <w:rPr>
                <w:rFonts w:asciiTheme="majorHAnsi" w:hAnsiTheme="majorHAnsi" w:cstheme="majorHAnsi"/>
                <w:b/>
                <w:sz w:val="20"/>
                <w:szCs w:val="20"/>
              </w:rPr>
              <w:t>TOTALE PROGETTO</w:t>
            </w:r>
          </w:p>
        </w:tc>
        <w:tc>
          <w:tcPr>
            <w:tcW w:w="1202" w:type="dxa"/>
          </w:tcPr>
          <w:p w14:paraId="34BDD360" w14:textId="77777777" w:rsidR="00151087" w:rsidRPr="00AD5993" w:rsidRDefault="001510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57" w:type="dxa"/>
          </w:tcPr>
          <w:p w14:paraId="7162E390" w14:textId="77777777" w:rsidR="00151087" w:rsidRPr="00AD5993" w:rsidRDefault="001510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57" w:type="dxa"/>
          </w:tcPr>
          <w:p w14:paraId="79C0F568" w14:textId="77777777" w:rsidR="00151087" w:rsidRPr="00AD5993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D5993">
              <w:rPr>
                <w:rFonts w:asciiTheme="majorHAnsi" w:hAnsiTheme="majorHAnsi" w:cstheme="majorHAnsi"/>
                <w:sz w:val="20"/>
                <w:szCs w:val="20"/>
              </w:rPr>
              <w:t>€ ______</w:t>
            </w:r>
          </w:p>
        </w:tc>
      </w:tr>
      <w:tr w:rsidR="00151087" w:rsidRPr="00AD5993" w14:paraId="49A02225" w14:textId="77777777" w:rsidTr="00AD5993">
        <w:tc>
          <w:tcPr>
            <w:tcW w:w="3114" w:type="dxa"/>
          </w:tcPr>
          <w:p w14:paraId="0C3F05D9" w14:textId="77777777" w:rsidR="00151087" w:rsidRPr="00AD5993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D5993">
              <w:rPr>
                <w:rFonts w:asciiTheme="majorHAnsi" w:hAnsiTheme="majorHAnsi" w:cstheme="majorHAnsi"/>
                <w:b/>
                <w:sz w:val="20"/>
                <w:szCs w:val="20"/>
              </w:rPr>
              <w:t>QUOTA REGIONE (Max 80% del totale)</w:t>
            </w:r>
          </w:p>
        </w:tc>
        <w:tc>
          <w:tcPr>
            <w:tcW w:w="1202" w:type="dxa"/>
          </w:tcPr>
          <w:p w14:paraId="68D0094E" w14:textId="77777777" w:rsidR="00151087" w:rsidRPr="00AD5993" w:rsidRDefault="001510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57" w:type="dxa"/>
          </w:tcPr>
          <w:p w14:paraId="1001ED60" w14:textId="77777777" w:rsidR="00151087" w:rsidRPr="00AD5993" w:rsidRDefault="001510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57" w:type="dxa"/>
          </w:tcPr>
          <w:p w14:paraId="34FC2EE7" w14:textId="77777777" w:rsidR="00151087" w:rsidRPr="00AD5993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D5993">
              <w:rPr>
                <w:rFonts w:asciiTheme="majorHAnsi" w:hAnsiTheme="majorHAnsi" w:cstheme="majorHAnsi"/>
                <w:sz w:val="20"/>
                <w:szCs w:val="20"/>
              </w:rPr>
              <w:t>€ ______</w:t>
            </w:r>
          </w:p>
        </w:tc>
      </w:tr>
      <w:tr w:rsidR="00151087" w:rsidRPr="00AD5993" w14:paraId="2E32471C" w14:textId="77777777" w:rsidTr="00AD5993">
        <w:trPr>
          <w:trHeight w:val="1413"/>
        </w:trPr>
        <w:tc>
          <w:tcPr>
            <w:tcW w:w="3114" w:type="dxa"/>
          </w:tcPr>
          <w:p w14:paraId="1F4AB132" w14:textId="77777777" w:rsidR="00151087" w:rsidRPr="00AD5993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D5993">
              <w:rPr>
                <w:rFonts w:asciiTheme="majorHAnsi" w:hAnsiTheme="majorHAnsi" w:cstheme="majorHAnsi"/>
                <w:b/>
                <w:sz w:val="20"/>
                <w:szCs w:val="20"/>
              </w:rPr>
              <w:t>QUOTA BENEFICIARIO (</w:t>
            </w:r>
            <w:proofErr w:type="spellStart"/>
            <w:r w:rsidRPr="00AD5993">
              <w:rPr>
                <w:rFonts w:asciiTheme="majorHAnsi" w:hAnsiTheme="majorHAnsi" w:cstheme="majorHAnsi"/>
                <w:b/>
                <w:sz w:val="20"/>
                <w:szCs w:val="20"/>
              </w:rPr>
              <w:t>Può</w:t>
            </w:r>
            <w:proofErr w:type="spellEnd"/>
            <w:r w:rsidRPr="00AD599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proofErr w:type="spellStart"/>
            <w:r w:rsidRPr="00AD5993">
              <w:rPr>
                <w:rFonts w:asciiTheme="majorHAnsi" w:hAnsiTheme="majorHAnsi" w:cstheme="majorHAnsi"/>
                <w:b/>
                <w:sz w:val="20"/>
                <w:szCs w:val="20"/>
              </w:rPr>
              <w:t>essere</w:t>
            </w:r>
            <w:proofErr w:type="spellEnd"/>
            <w:r w:rsidRPr="00AD599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anche superiore, con invarianza del contributo massimo concedibile da parte della Regione. Minimo 20% del totale)</w:t>
            </w:r>
          </w:p>
        </w:tc>
        <w:tc>
          <w:tcPr>
            <w:tcW w:w="1202" w:type="dxa"/>
          </w:tcPr>
          <w:p w14:paraId="0F7C9725" w14:textId="77777777" w:rsidR="00151087" w:rsidRPr="00AD5993" w:rsidRDefault="001510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57" w:type="dxa"/>
          </w:tcPr>
          <w:p w14:paraId="39BF20F6" w14:textId="77777777" w:rsidR="00151087" w:rsidRPr="00AD5993" w:rsidRDefault="0015108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57" w:type="dxa"/>
          </w:tcPr>
          <w:p w14:paraId="746051E2" w14:textId="77777777" w:rsidR="00151087" w:rsidRPr="00AD5993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D5993">
              <w:rPr>
                <w:rFonts w:asciiTheme="majorHAnsi" w:hAnsiTheme="majorHAnsi" w:cstheme="majorHAnsi"/>
                <w:sz w:val="20"/>
                <w:szCs w:val="20"/>
              </w:rPr>
              <w:t>€ ______</w:t>
            </w:r>
          </w:p>
        </w:tc>
      </w:tr>
    </w:tbl>
    <w:p w14:paraId="59DEC853" w14:textId="77777777" w:rsidR="00151087" w:rsidRPr="00AD5993" w:rsidRDefault="00000000">
      <w:pPr>
        <w:rPr>
          <w:rFonts w:asciiTheme="majorHAnsi" w:hAnsiTheme="majorHAnsi" w:cstheme="majorHAnsi"/>
          <w:sz w:val="20"/>
          <w:szCs w:val="20"/>
        </w:rPr>
      </w:pPr>
      <w:r w:rsidRPr="00AD5993">
        <w:rPr>
          <w:rFonts w:asciiTheme="majorHAnsi" w:hAnsiTheme="majorHAnsi" w:cstheme="majorHAnsi"/>
          <w:i/>
          <w:sz w:val="20"/>
          <w:szCs w:val="20"/>
        </w:rPr>
        <w:br/>
        <w:t>*Le spese di progettazione e generali non possono superare insieme il 15% della quota regionale assentita e sono attribuite forfettariamente.</w:t>
      </w:r>
    </w:p>
    <w:p w14:paraId="3E3AFA10" w14:textId="77777777" w:rsidR="00AD5993" w:rsidRDefault="00000000" w:rsidP="00AD5993">
      <w:pPr>
        <w:jc w:val="both"/>
        <w:rPr>
          <w:rFonts w:asciiTheme="majorHAnsi" w:hAnsiTheme="majorHAnsi" w:cstheme="majorHAnsi"/>
          <w:sz w:val="20"/>
          <w:szCs w:val="20"/>
        </w:rPr>
      </w:pPr>
      <w:r w:rsidRPr="00AD5993">
        <w:rPr>
          <w:rFonts w:asciiTheme="majorHAnsi" w:hAnsiTheme="majorHAnsi" w:cstheme="majorHAnsi"/>
          <w:sz w:val="20"/>
          <w:szCs w:val="20"/>
        </w:rPr>
        <w:t xml:space="preserve">N.B.: al fine di consentire la valutazione della congruità del budget per attività/servizi di progetto e risultati attesi, si prega di fornire ogni utile elemento esplicativo rispetto alle voci di preventivo indicate nel Quadro economico atte a contestualizzare tipologia ed entità della spesa. </w:t>
      </w:r>
      <w:r w:rsidRPr="00AD5993">
        <w:rPr>
          <w:rFonts w:asciiTheme="majorHAnsi" w:hAnsiTheme="majorHAnsi" w:cstheme="majorHAnsi"/>
          <w:sz w:val="20"/>
          <w:szCs w:val="20"/>
          <w:u w:val="single"/>
        </w:rPr>
        <w:t xml:space="preserve">Ai sensi dell'art. 12 comma 1 dell'avviso pubblico, è facoltà del proponente ricorrere ad una variazione compensativa, nella misura massima del 10%, nell'ambito delle varie voci di spesa preventivate, senza bisogno di alcuna autorizzazione da parte dell'amministrazione procedente, purché ne venga data evidenza in sede di </w:t>
      </w:r>
      <w:proofErr w:type="spellStart"/>
      <w:r w:rsidRPr="00AD5993">
        <w:rPr>
          <w:rFonts w:asciiTheme="majorHAnsi" w:hAnsiTheme="majorHAnsi" w:cstheme="majorHAnsi"/>
          <w:sz w:val="20"/>
          <w:szCs w:val="20"/>
          <w:u w:val="single"/>
        </w:rPr>
        <w:t>rendicontazione</w:t>
      </w:r>
      <w:proofErr w:type="spellEnd"/>
      <w:r w:rsidRPr="00AD5993">
        <w:rPr>
          <w:rFonts w:asciiTheme="majorHAnsi" w:hAnsiTheme="majorHAnsi" w:cstheme="majorHAnsi"/>
          <w:sz w:val="20"/>
          <w:szCs w:val="20"/>
          <w:u w:val="single"/>
        </w:rPr>
        <w:t xml:space="preserve"> della </w:t>
      </w:r>
      <w:proofErr w:type="spellStart"/>
      <w:r w:rsidRPr="00AD5993">
        <w:rPr>
          <w:rFonts w:asciiTheme="majorHAnsi" w:hAnsiTheme="majorHAnsi" w:cstheme="majorHAnsi"/>
          <w:sz w:val="20"/>
          <w:szCs w:val="20"/>
          <w:u w:val="single"/>
        </w:rPr>
        <w:t>spesa</w:t>
      </w:r>
      <w:proofErr w:type="spellEnd"/>
      <w:r w:rsidRPr="00AD5993">
        <w:rPr>
          <w:rFonts w:asciiTheme="majorHAnsi" w:hAnsiTheme="majorHAnsi" w:cstheme="majorHAnsi"/>
          <w:sz w:val="20"/>
          <w:szCs w:val="20"/>
          <w:u w:val="single"/>
        </w:rPr>
        <w:t>.</w:t>
      </w:r>
      <w:r w:rsidRPr="00AD5993">
        <w:rPr>
          <w:rFonts w:asciiTheme="majorHAnsi" w:hAnsiTheme="majorHAnsi" w:cstheme="majorHAnsi"/>
          <w:sz w:val="20"/>
          <w:szCs w:val="20"/>
        </w:rPr>
        <w:br/>
      </w:r>
    </w:p>
    <w:p w14:paraId="76DC82A8" w14:textId="4C9654AB" w:rsidR="00151087" w:rsidRPr="00AD5993" w:rsidRDefault="00000000" w:rsidP="00AD5993">
      <w:pPr>
        <w:jc w:val="both"/>
        <w:rPr>
          <w:rFonts w:asciiTheme="majorHAnsi" w:hAnsiTheme="majorHAnsi" w:cstheme="majorHAnsi"/>
          <w:sz w:val="20"/>
          <w:szCs w:val="20"/>
        </w:rPr>
      </w:pPr>
      <w:proofErr w:type="spellStart"/>
      <w:r w:rsidRPr="00AD5993">
        <w:rPr>
          <w:rFonts w:asciiTheme="majorHAnsi" w:hAnsiTheme="majorHAnsi" w:cstheme="majorHAnsi"/>
          <w:sz w:val="20"/>
          <w:szCs w:val="20"/>
        </w:rPr>
        <w:t>Luogo</w:t>
      </w:r>
      <w:proofErr w:type="spellEnd"/>
      <w:r w:rsidRPr="00AD5993">
        <w:rPr>
          <w:rFonts w:asciiTheme="majorHAnsi" w:hAnsiTheme="majorHAnsi" w:cstheme="majorHAnsi"/>
          <w:sz w:val="20"/>
          <w:szCs w:val="20"/>
        </w:rPr>
        <w:t>, Data __________________</w:t>
      </w:r>
      <w:r w:rsidRPr="00AD5993">
        <w:rPr>
          <w:rFonts w:asciiTheme="majorHAnsi" w:hAnsiTheme="majorHAnsi" w:cstheme="majorHAnsi"/>
          <w:sz w:val="20"/>
          <w:szCs w:val="20"/>
        </w:rPr>
        <w:br/>
      </w:r>
    </w:p>
    <w:p w14:paraId="048D5EEC" w14:textId="77777777" w:rsidR="00151087" w:rsidRPr="00AD5993" w:rsidRDefault="00000000">
      <w:pPr>
        <w:rPr>
          <w:rFonts w:asciiTheme="majorHAnsi" w:hAnsiTheme="majorHAnsi" w:cstheme="majorHAnsi"/>
          <w:sz w:val="20"/>
          <w:szCs w:val="20"/>
        </w:rPr>
      </w:pPr>
      <w:r w:rsidRPr="00AD5993">
        <w:rPr>
          <w:rFonts w:asciiTheme="majorHAnsi" w:hAnsiTheme="majorHAnsi" w:cstheme="majorHAnsi"/>
          <w:sz w:val="20"/>
          <w:szCs w:val="20"/>
        </w:rPr>
        <w:t>Firma del legale rappresentante</w:t>
      </w:r>
    </w:p>
    <w:p w14:paraId="3E7F28D3" w14:textId="77777777" w:rsidR="00151087" w:rsidRPr="00AD5993" w:rsidRDefault="00000000">
      <w:pPr>
        <w:rPr>
          <w:rFonts w:asciiTheme="majorHAnsi" w:hAnsiTheme="majorHAnsi" w:cstheme="majorHAnsi"/>
          <w:sz w:val="20"/>
          <w:szCs w:val="20"/>
        </w:rPr>
      </w:pPr>
      <w:r w:rsidRPr="00AD5993">
        <w:rPr>
          <w:rFonts w:asciiTheme="majorHAnsi" w:hAnsiTheme="majorHAnsi" w:cstheme="majorHAnsi"/>
          <w:sz w:val="20"/>
          <w:szCs w:val="20"/>
        </w:rPr>
        <w:t>_____________________________</w:t>
      </w:r>
    </w:p>
    <w:sectPr w:rsidR="00151087" w:rsidRPr="00AD599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6286831">
    <w:abstractNumId w:val="8"/>
  </w:num>
  <w:num w:numId="2" w16cid:durableId="1689410777">
    <w:abstractNumId w:val="6"/>
  </w:num>
  <w:num w:numId="3" w16cid:durableId="420183295">
    <w:abstractNumId w:val="5"/>
  </w:num>
  <w:num w:numId="4" w16cid:durableId="1151293119">
    <w:abstractNumId w:val="4"/>
  </w:num>
  <w:num w:numId="5" w16cid:durableId="453212845">
    <w:abstractNumId w:val="7"/>
  </w:num>
  <w:num w:numId="6" w16cid:durableId="704212673">
    <w:abstractNumId w:val="3"/>
  </w:num>
  <w:num w:numId="7" w16cid:durableId="1367215858">
    <w:abstractNumId w:val="2"/>
  </w:num>
  <w:num w:numId="8" w16cid:durableId="1752698182">
    <w:abstractNumId w:val="1"/>
  </w:num>
  <w:num w:numId="9" w16cid:durableId="335348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5230"/>
    <w:rsid w:val="0006063C"/>
    <w:rsid w:val="0015074B"/>
    <w:rsid w:val="00151087"/>
    <w:rsid w:val="0029639D"/>
    <w:rsid w:val="00326F90"/>
    <w:rsid w:val="00AA1D8D"/>
    <w:rsid w:val="00AD5993"/>
    <w:rsid w:val="00B47730"/>
    <w:rsid w:val="00C73CEA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8594EF"/>
  <w14:defaultImageDpi w14:val="300"/>
  <w15:docId w15:val="{DD3D544F-6874-4CEE-A5E7-49B90E057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1293</Words>
  <Characters>7374</Characters>
  <Application>Microsoft Office Word</Application>
  <DocSecurity>0</DocSecurity>
  <Lines>61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8650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B modulo di partecipazione</dc:title>
  <dc:subject/>
  <dc:creator>python-docx</dc:creator>
  <cp:keywords/>
  <dc:description>generated by python-docx</dc:description>
  <cp:lastModifiedBy>Rossella Quaranta</cp:lastModifiedBy>
  <cp:revision>2</cp:revision>
  <dcterms:created xsi:type="dcterms:W3CDTF">2026-07-29T10:23:00Z</dcterms:created>
  <dcterms:modified xsi:type="dcterms:W3CDTF">2026-07-29T10:23:00Z</dcterms:modified>
  <cp:category/>
</cp:coreProperties>
</file>